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362124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="00D9259F" w:rsidRPr="00362124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14:paraId="6C6B8DC4" w14:textId="77777777" w:rsidR="004A4B8E" w:rsidRPr="00362124" w:rsidRDefault="004A4B8E" w:rsidP="004A4B8E"/>
    <w:p w14:paraId="21FEA26A" w14:textId="2283FF14" w:rsidR="001B496D" w:rsidRPr="00362124" w:rsidRDefault="7A41439F" w:rsidP="330FAD8B">
      <w:pPr>
        <w:jc w:val="both"/>
        <w:rPr>
          <w:rFonts w:ascii="Book Antiqua" w:hAnsi="Book Antiqua"/>
        </w:rPr>
      </w:pPr>
      <w:r w:rsidRPr="1CCECC64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6A1C758A" w:rsidRPr="005F5E61">
        <w:rPr>
          <w:rFonts w:ascii="Book Antiqua" w:hAnsi="Book Antiqua"/>
          <w:b/>
          <w:bCs/>
        </w:rPr>
        <w:t>ITLA-DAF-CM-2026-00</w:t>
      </w:r>
      <w:r w:rsidR="002E73E4">
        <w:rPr>
          <w:rFonts w:ascii="Book Antiqua" w:hAnsi="Book Antiqua"/>
          <w:b/>
          <w:bCs/>
        </w:rPr>
        <w:t>56</w:t>
      </w:r>
      <w:r w:rsidRPr="1CCECC64">
        <w:rPr>
          <w:rFonts w:ascii="Book Antiqua" w:hAnsi="Book Antiqua"/>
        </w:rPr>
        <w:t>, relativo a</w:t>
      </w:r>
      <w:r w:rsidR="43623304" w:rsidRPr="1CCECC64">
        <w:rPr>
          <w:rFonts w:ascii="Book Antiqua" w:hAnsi="Book Antiqua"/>
        </w:rPr>
        <w:t xml:space="preserve"> </w:t>
      </w:r>
      <w:r w:rsidR="77EE6FA6" w:rsidRPr="1CCECC64">
        <w:rPr>
          <w:rFonts w:ascii="Book Antiqua" w:hAnsi="Book Antiqua"/>
        </w:rPr>
        <w:t xml:space="preserve">la </w:t>
      </w:r>
      <w:r w:rsidR="1EC7E647" w:rsidRPr="005F5E61">
        <w:rPr>
          <w:rFonts w:ascii="Book Antiqua" w:hAnsi="Book Antiqua"/>
          <w:b/>
          <w:bCs/>
        </w:rPr>
        <w:t xml:space="preserve">Adquisición </w:t>
      </w:r>
      <w:r w:rsidR="00CE361A">
        <w:rPr>
          <w:rFonts w:ascii="Book Antiqua" w:hAnsi="Book Antiqua"/>
          <w:b/>
          <w:bCs/>
        </w:rPr>
        <w:t xml:space="preserve">de </w:t>
      </w:r>
      <w:r w:rsidR="002E73E4">
        <w:rPr>
          <w:rFonts w:ascii="Book Antiqua" w:hAnsi="Book Antiqua"/>
          <w:b/>
          <w:bCs/>
        </w:rPr>
        <w:t xml:space="preserve">Materiales de Aluminio y Acero para la Fabricación de Componentes del </w:t>
      </w:r>
      <w:r w:rsidR="00A44B22">
        <w:rPr>
          <w:rFonts w:ascii="Book Antiqua" w:hAnsi="Book Antiqua"/>
          <w:b/>
          <w:bCs/>
        </w:rPr>
        <w:t xml:space="preserve">Proyecto </w:t>
      </w:r>
      <w:proofErr w:type="spellStart"/>
      <w:r w:rsidR="00A44B22">
        <w:rPr>
          <w:rFonts w:ascii="Book Antiqua" w:hAnsi="Book Antiqua"/>
          <w:b/>
          <w:bCs/>
        </w:rPr>
        <w:t>Protoscanner</w:t>
      </w:r>
      <w:proofErr w:type="spellEnd"/>
      <w:r w:rsidR="00A44B22">
        <w:rPr>
          <w:rFonts w:ascii="Book Antiqua" w:hAnsi="Book Antiqua"/>
          <w:b/>
          <w:bCs/>
        </w:rPr>
        <w:t xml:space="preserve"> 3D</w:t>
      </w:r>
      <w:r w:rsidR="4518F4D9" w:rsidRPr="1CCECC64">
        <w:rPr>
          <w:rFonts w:ascii="Book Antiqua" w:hAnsi="Book Antiqua"/>
        </w:rPr>
        <w:t xml:space="preserve"> y con pleno conocimiento de las responsabilidades civiles, administrativas y penales que conlleva una declaración falsa, lo siguiente:</w:t>
      </w:r>
    </w:p>
    <w:p w14:paraId="1336DF9C" w14:textId="60A55A47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362124">
        <w:rPr>
          <w:rFonts w:ascii="Book Antiqua" w:hAnsi="Book Antiqua"/>
        </w:rPr>
        <w:t xml:space="preserve"> </w:t>
      </w:r>
    </w:p>
    <w:p w14:paraId="634639A8" w14:textId="62EB853C" w:rsidR="004A4B8E" w:rsidRPr="00362124" w:rsidRDefault="004A4B8E" w:rsidP="004A4B8E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362124" w:rsidRDefault="004A4B8E" w:rsidP="004A4B8E">
      <w:pPr>
        <w:jc w:val="both"/>
        <w:rPr>
          <w:rFonts w:ascii="Book Antiqua" w:hAnsi="Book Antiqua"/>
        </w:rPr>
      </w:pPr>
    </w:p>
    <w:p w14:paraId="181EBB46" w14:textId="77777777" w:rsidR="004A4B8E" w:rsidRPr="00362124" w:rsidRDefault="004A4B8E" w:rsidP="004A4B8E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14:paraId="508D40AF" w14:textId="014E1331" w:rsidR="001B496D" w:rsidRDefault="004A4B8E" w:rsidP="10683C66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9AE50" w14:textId="77777777" w:rsidR="00FB4B18" w:rsidRPr="00362124" w:rsidRDefault="00FB4B18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656227E5" w14:textId="77777777" w:rsidR="00FB4B18" w:rsidRPr="00362124" w:rsidRDefault="00FB4B18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3E5E0" w14:textId="77777777" w:rsidR="00FB4B18" w:rsidRPr="00362124" w:rsidRDefault="00FB4B18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4E641D13" w14:textId="77777777" w:rsidR="00FB4B18" w:rsidRPr="00362124" w:rsidRDefault="00FB4B18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4F23"/>
    <w:rsid w:val="001B63F6"/>
    <w:rsid w:val="002762DF"/>
    <w:rsid w:val="0029639D"/>
    <w:rsid w:val="002A77FC"/>
    <w:rsid w:val="002E73E4"/>
    <w:rsid w:val="00326F90"/>
    <w:rsid w:val="0033002D"/>
    <w:rsid w:val="00362124"/>
    <w:rsid w:val="004A4B8E"/>
    <w:rsid w:val="004B4F77"/>
    <w:rsid w:val="00592566"/>
    <w:rsid w:val="005E0340"/>
    <w:rsid w:val="005F22A2"/>
    <w:rsid w:val="005F5E61"/>
    <w:rsid w:val="0061575E"/>
    <w:rsid w:val="00674CB9"/>
    <w:rsid w:val="007A247D"/>
    <w:rsid w:val="008547F1"/>
    <w:rsid w:val="009F4C75"/>
    <w:rsid w:val="00A44B22"/>
    <w:rsid w:val="00AA1D8D"/>
    <w:rsid w:val="00AB03A4"/>
    <w:rsid w:val="00AC264D"/>
    <w:rsid w:val="00B47730"/>
    <w:rsid w:val="00BC4218"/>
    <w:rsid w:val="00CB0664"/>
    <w:rsid w:val="00CB0D0E"/>
    <w:rsid w:val="00CE361A"/>
    <w:rsid w:val="00D5175A"/>
    <w:rsid w:val="00D9259F"/>
    <w:rsid w:val="00FA41C2"/>
    <w:rsid w:val="00FB4B18"/>
    <w:rsid w:val="00FC63AD"/>
    <w:rsid w:val="00FC693F"/>
    <w:rsid w:val="0DC12BCE"/>
    <w:rsid w:val="10683C66"/>
    <w:rsid w:val="1317A575"/>
    <w:rsid w:val="1CCECC64"/>
    <w:rsid w:val="1EC7E647"/>
    <w:rsid w:val="259BB214"/>
    <w:rsid w:val="27819B37"/>
    <w:rsid w:val="307ABDC5"/>
    <w:rsid w:val="330FAD8B"/>
    <w:rsid w:val="3AFF3F7F"/>
    <w:rsid w:val="3F08F877"/>
    <w:rsid w:val="40A9DDC5"/>
    <w:rsid w:val="421934F9"/>
    <w:rsid w:val="43623304"/>
    <w:rsid w:val="447B3316"/>
    <w:rsid w:val="4518F4D9"/>
    <w:rsid w:val="5B45C19B"/>
    <w:rsid w:val="5B91DB79"/>
    <w:rsid w:val="5BF98337"/>
    <w:rsid w:val="6A1C758A"/>
    <w:rsid w:val="77EE6FA6"/>
    <w:rsid w:val="79A31E18"/>
    <w:rsid w:val="7A41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link w:val="Ttulo1"/>
    <w:uiPriority w:val="9"/>
    <w:rsid w:val="0DC12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link w:val="Ttulo2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link w:val="Ttulo3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link w:val="Ttulo"/>
    <w:uiPriority w:val="10"/>
    <w:rsid w:val="0DC12BCE"/>
    <w:rPr>
      <w:rFonts w:asciiTheme="majorHAnsi" w:eastAsiaTheme="majorEastAsia" w:hAnsiTheme="majorHAnsi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link w:val="Subttulo"/>
    <w:uiPriority w:val="11"/>
    <w:rsid w:val="0DC12BC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link w:val="Cita"/>
    <w:uiPriority w:val="29"/>
    <w:rsid w:val="0DC12BCE"/>
    <w:rPr>
      <w:i/>
      <w:iCs/>
      <w:color w:val="000000" w:themeColor="text1"/>
    </w:rPr>
  </w:style>
  <w:style w:type="character" w:customStyle="1" w:styleId="Ttulo4Car">
    <w:name w:val="Título 4 Car"/>
    <w:link w:val="Ttulo4"/>
    <w:uiPriority w:val="9"/>
    <w:semiHidden/>
    <w:rsid w:val="0DC12B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link w:val="Ttulo5"/>
    <w:uiPriority w:val="9"/>
    <w:semiHidden/>
    <w:rsid w:val="0DC12BCE"/>
    <w:rPr>
      <w:rFonts w:asciiTheme="majorHAnsi" w:eastAsiaTheme="majorEastAsia" w:hAnsiTheme="majorHAnsi" w:cstheme="majorBidi"/>
      <w:color w:val="243F60"/>
    </w:rPr>
  </w:style>
  <w:style w:type="character" w:customStyle="1" w:styleId="Ttulo6Car">
    <w:name w:val="Título 6 Car"/>
    <w:link w:val="Ttulo6"/>
    <w:uiPriority w:val="9"/>
    <w:semiHidden/>
    <w:rsid w:val="0DC12BCE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Ttulo7Car">
    <w:name w:val="Título 7 Car"/>
    <w:link w:val="Ttulo7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link w:val="Ttulo8"/>
    <w:uiPriority w:val="9"/>
    <w:semiHidden/>
    <w:rsid w:val="0DC12BC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link w:val="Ttulo9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3.xml><?xml version="1.0" encoding="utf-8"?>
<ds:datastoreItem xmlns:ds="http://schemas.openxmlformats.org/officeDocument/2006/customXml" ds:itemID="{4298E065-A527-4469-9B88-2EF42EB2E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363</Words>
  <Characters>1998</Characters>
  <Application>Microsoft Office Word</Application>
  <DocSecurity>0</DocSecurity>
  <Lines>16</Lines>
  <Paragraphs>4</Paragraphs>
  <ScaleCrop>false</ScaleCrop>
  <Manager/>
  <Company/>
  <LinksUpToDate>false</LinksUpToDate>
  <CharactersWithSpaces>2357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Rachelly Hernandez</cp:lastModifiedBy>
  <cp:revision>5</cp:revision>
  <cp:lastPrinted>2026-02-11T16:38:00Z</cp:lastPrinted>
  <dcterms:created xsi:type="dcterms:W3CDTF">2026-09-04T15:07:00Z</dcterms:created>
  <dcterms:modified xsi:type="dcterms:W3CDTF">2026-09-30T19:23:00Z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