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2847098F" w:rsidR="001B496D" w:rsidRPr="00362124" w:rsidRDefault="7A41439F" w:rsidP="330FAD8B">
      <w:pPr>
        <w:jc w:val="both"/>
        <w:rPr>
          <w:rFonts w:ascii="Book Antiqua" w:hAnsi="Book Antiqua"/>
        </w:rPr>
      </w:pPr>
      <w:r w:rsidRPr="1CCECC6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6A1C758A" w:rsidRPr="005F5E61">
        <w:rPr>
          <w:rFonts w:ascii="Book Antiqua" w:hAnsi="Book Antiqua"/>
          <w:b/>
          <w:bCs/>
        </w:rPr>
        <w:t>ITLA-DAF-CM-2026-00</w:t>
      </w:r>
      <w:r w:rsidR="00931DCB">
        <w:rPr>
          <w:rFonts w:ascii="Book Antiqua" w:hAnsi="Book Antiqua"/>
          <w:b/>
          <w:bCs/>
        </w:rPr>
        <w:t>52</w:t>
      </w:r>
      <w:r w:rsidRPr="1CCECC64">
        <w:rPr>
          <w:rFonts w:ascii="Book Antiqua" w:hAnsi="Book Antiqua"/>
        </w:rPr>
        <w:t>, relativo a</w:t>
      </w:r>
      <w:r w:rsidR="43623304" w:rsidRPr="1CCECC64">
        <w:rPr>
          <w:rFonts w:ascii="Book Antiqua" w:hAnsi="Book Antiqua"/>
        </w:rPr>
        <w:t xml:space="preserve"> </w:t>
      </w:r>
      <w:r w:rsidR="77EE6FA6" w:rsidRPr="1CCECC64">
        <w:rPr>
          <w:rFonts w:ascii="Book Antiqua" w:hAnsi="Book Antiqua"/>
        </w:rPr>
        <w:t xml:space="preserve">la </w:t>
      </w:r>
      <w:r w:rsidR="1EC7E647" w:rsidRPr="005F5E61">
        <w:rPr>
          <w:rFonts w:ascii="Book Antiqua" w:hAnsi="Book Antiqua"/>
          <w:b/>
          <w:bCs/>
        </w:rPr>
        <w:t xml:space="preserve">Adquisición </w:t>
      </w:r>
      <w:r w:rsidR="00CE361A">
        <w:rPr>
          <w:rFonts w:ascii="Book Antiqua" w:hAnsi="Book Antiqua"/>
          <w:b/>
          <w:bCs/>
        </w:rPr>
        <w:t xml:space="preserve">de </w:t>
      </w:r>
      <w:r w:rsidR="00931DCB">
        <w:rPr>
          <w:rFonts w:ascii="Book Antiqua" w:hAnsi="Book Antiqua"/>
          <w:b/>
          <w:bCs/>
        </w:rPr>
        <w:t xml:space="preserve">Equipo y Mobiliario de Prótesis del Proyecto </w:t>
      </w:r>
      <w:proofErr w:type="spellStart"/>
      <w:r w:rsidR="00931DCB">
        <w:rPr>
          <w:rFonts w:ascii="Book Antiqua" w:hAnsi="Book Antiqua"/>
          <w:b/>
          <w:bCs/>
        </w:rPr>
        <w:t>Protoscanner</w:t>
      </w:r>
      <w:proofErr w:type="spellEnd"/>
      <w:r w:rsidR="00931DCB">
        <w:rPr>
          <w:rFonts w:ascii="Book Antiqua" w:hAnsi="Book Antiqua"/>
          <w:b/>
          <w:bCs/>
        </w:rPr>
        <w:t xml:space="preserve"> 3D </w:t>
      </w:r>
      <w:r w:rsidR="4518F4D9" w:rsidRPr="1CCECC64">
        <w:rPr>
          <w:rFonts w:ascii="Book Antiqua" w:hAnsi="Book Antiqua"/>
        </w:rPr>
        <w:t>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634639A8" w14:textId="62EB853C" w:rsidR="004A4B8E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362124" w:rsidRDefault="004A4B8E" w:rsidP="004A4B8E">
      <w:pPr>
        <w:jc w:val="both"/>
        <w:rPr>
          <w:rFonts w:ascii="Book Antiqua" w:hAnsi="Book Antiqua"/>
        </w:rPr>
      </w:pP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0713B" w14:textId="77777777" w:rsidR="00A826CC" w:rsidRPr="00362124" w:rsidRDefault="00A826CC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763ACD48" w14:textId="77777777" w:rsidR="00A826CC" w:rsidRPr="00362124" w:rsidRDefault="00A826CC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6A0B7" w14:textId="77777777" w:rsidR="00A826CC" w:rsidRPr="00362124" w:rsidRDefault="00A826CC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615F243B" w14:textId="77777777" w:rsidR="00A826CC" w:rsidRPr="00362124" w:rsidRDefault="00A826CC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4F23"/>
    <w:rsid w:val="001B63F6"/>
    <w:rsid w:val="002762DF"/>
    <w:rsid w:val="0029639D"/>
    <w:rsid w:val="00326F90"/>
    <w:rsid w:val="0033002D"/>
    <w:rsid w:val="00362124"/>
    <w:rsid w:val="004A4B8E"/>
    <w:rsid w:val="004B4F77"/>
    <w:rsid w:val="00592566"/>
    <w:rsid w:val="005E0340"/>
    <w:rsid w:val="005F22A2"/>
    <w:rsid w:val="005F5E61"/>
    <w:rsid w:val="0061575E"/>
    <w:rsid w:val="00674CB9"/>
    <w:rsid w:val="007A247D"/>
    <w:rsid w:val="008547F1"/>
    <w:rsid w:val="00931DCB"/>
    <w:rsid w:val="009F4C75"/>
    <w:rsid w:val="00A44B22"/>
    <w:rsid w:val="00A826CC"/>
    <w:rsid w:val="00AA1D8D"/>
    <w:rsid w:val="00AB03A4"/>
    <w:rsid w:val="00AC264D"/>
    <w:rsid w:val="00B47730"/>
    <w:rsid w:val="00BC4218"/>
    <w:rsid w:val="00CB0664"/>
    <w:rsid w:val="00CB0D0E"/>
    <w:rsid w:val="00CE361A"/>
    <w:rsid w:val="00D5175A"/>
    <w:rsid w:val="00D9259F"/>
    <w:rsid w:val="00EC4E4C"/>
    <w:rsid w:val="00FA41C2"/>
    <w:rsid w:val="00FC63AD"/>
    <w:rsid w:val="00FC693F"/>
    <w:rsid w:val="0DC12BCE"/>
    <w:rsid w:val="10683C66"/>
    <w:rsid w:val="1317A575"/>
    <w:rsid w:val="1CCECC64"/>
    <w:rsid w:val="1EC7E647"/>
    <w:rsid w:val="259BB214"/>
    <w:rsid w:val="27819B37"/>
    <w:rsid w:val="307ABDC5"/>
    <w:rsid w:val="330FAD8B"/>
    <w:rsid w:val="3AFF3F7F"/>
    <w:rsid w:val="3F08F877"/>
    <w:rsid w:val="40A9DDC5"/>
    <w:rsid w:val="421934F9"/>
    <w:rsid w:val="43623304"/>
    <w:rsid w:val="447B3316"/>
    <w:rsid w:val="4518F4D9"/>
    <w:rsid w:val="5B45C19B"/>
    <w:rsid w:val="5B91DB79"/>
    <w:rsid w:val="5BF98337"/>
    <w:rsid w:val="6A1C758A"/>
    <w:rsid w:val="77EE6FA6"/>
    <w:rsid w:val="79A31E18"/>
    <w:rsid w:val="7A41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link w:val="Ttulo1"/>
    <w:uiPriority w:val="9"/>
    <w:rsid w:val="0DC12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link w:val="Ttulo2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link w:val="Ttulo3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DC12BCE"/>
    <w:rPr>
      <w:rFonts w:asciiTheme="majorHAnsi" w:eastAsiaTheme="majorEastAsia" w:hAnsiTheme="majorHAnsi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DC12BC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link w:val="Cita"/>
    <w:uiPriority w:val="29"/>
    <w:rsid w:val="0DC12BCE"/>
    <w:rPr>
      <w:i/>
      <w:iCs/>
      <w:color w:val="000000" w:themeColor="text1"/>
    </w:rPr>
  </w:style>
  <w:style w:type="character" w:customStyle="1" w:styleId="Ttulo4Car">
    <w:name w:val="Título 4 Car"/>
    <w:link w:val="Ttulo4"/>
    <w:uiPriority w:val="9"/>
    <w:semiHidden/>
    <w:rsid w:val="0DC12B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link w:val="Ttulo5"/>
    <w:uiPriority w:val="9"/>
    <w:semiHidden/>
    <w:rsid w:val="0DC12BCE"/>
    <w:rPr>
      <w:rFonts w:asciiTheme="majorHAnsi" w:eastAsiaTheme="majorEastAsia" w:hAnsiTheme="majorHAnsi" w:cstheme="majorBidi"/>
      <w:color w:val="243F60"/>
    </w:rPr>
  </w:style>
  <w:style w:type="character" w:customStyle="1" w:styleId="Ttulo6Car">
    <w:name w:val="Título 6 Car"/>
    <w:link w:val="Ttulo6"/>
    <w:uiPriority w:val="9"/>
    <w:semiHidden/>
    <w:rsid w:val="0DC12BCE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Ttulo7Car">
    <w:name w:val="Título 7 Car"/>
    <w:link w:val="Ttulo7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link w:val="Ttulo8"/>
    <w:uiPriority w:val="9"/>
    <w:semiHidden/>
    <w:rsid w:val="0DC12B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link w:val="Ttulo9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4298E065-A527-4469-9B88-2EF42EB2E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1969</Characters>
  <Application>Microsoft Office Word</Application>
  <DocSecurity>0</DocSecurity>
  <Lines>16</Lines>
  <Paragraphs>4</Paragraphs>
  <ScaleCrop>false</ScaleCrop>
  <Manager/>
  <Company/>
  <LinksUpToDate>false</LinksUpToDate>
  <CharactersWithSpaces>2323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Rachelly Hernandez</cp:lastModifiedBy>
  <cp:revision>5</cp:revision>
  <cp:lastPrinted>2026-02-11T16:38:00Z</cp:lastPrinted>
  <dcterms:created xsi:type="dcterms:W3CDTF">2026-09-04T15:07:00Z</dcterms:created>
  <dcterms:modified xsi:type="dcterms:W3CDTF">2026-09-28T13:27:00Z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