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27FA73E5" w:rsidRDefault="002762DF" w14:paraId="21FEA26A" w14:textId="15381780">
      <w:pPr>
        <w:pStyle w:val="Normal"/>
        <w:jc w:val="both"/>
        <w:rPr>
          <w:rFonts w:ascii="Book Antiqua" w:hAnsi="Book Antiqua"/>
        </w:rPr>
      </w:pPr>
      <w:r w:rsidRPr="07ADE714" w:rsidR="38624D63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07ADE714" w:rsidR="0464F00E">
        <w:rPr>
          <w:rFonts w:ascii="Trebuchet MS" w:hAnsi="Trebuchet MS" w:eastAsia="Trebuchet MS" w:cs="Trebuchet MS"/>
          <w:b w:val="1"/>
          <w:bCs w:val="1"/>
        </w:rPr>
        <w:t>ITLA-DAF-CM-2026-00</w:t>
      </w:r>
      <w:r w:rsidRPr="07ADE714" w:rsidR="3AEA309B">
        <w:rPr>
          <w:rFonts w:ascii="Trebuchet MS" w:hAnsi="Trebuchet MS" w:eastAsia="Trebuchet MS" w:cs="Trebuchet MS"/>
          <w:b w:val="1"/>
          <w:bCs w:val="1"/>
        </w:rPr>
        <w:t>41</w:t>
      </w:r>
      <w:r w:rsidRPr="07ADE714" w:rsidR="38624D63">
        <w:rPr>
          <w:rFonts w:ascii="Book Antiqua" w:hAnsi="Book Antiqua"/>
        </w:rPr>
        <w:t>, relati</w:t>
      </w:r>
      <w:r w:rsidRPr="07ADE714" w:rsidR="38624D63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vo a</w:t>
      </w:r>
      <w:r w:rsidRPr="07ADE714" w:rsidR="3730B4E8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07ADE714" w:rsidR="075C01B9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la</w:t>
      </w:r>
      <w:r w:rsidRPr="07ADE714" w:rsidR="5CB2C766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07ADE714" w:rsidR="2337C1A1">
        <w:rPr>
          <w:rFonts w:ascii="Book Antiqua" w:hAnsi="Book Antiqu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>Contratación de Servicios de M</w:t>
      </w:r>
      <w:r w:rsidRPr="07ADE714" w:rsidR="2337C1A1">
        <w:rPr>
          <w:rFonts w:ascii="Book Antiqua" w:hAnsi="Book Antiqu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>antenimiento Preventivo y Correctivo de los Aires Acondicionados del</w:t>
      </w:r>
      <w:r w:rsidRPr="07ADE714" w:rsidR="2337C1A1">
        <w:rPr>
          <w:rFonts w:ascii="Book Antiqua" w:hAnsi="Book Antiqu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 xml:space="preserve"> Instituto Tecnológico de las</w:t>
      </w:r>
      <w:r w:rsidRPr="07ADE714" w:rsidR="2337C1A1">
        <w:rPr>
          <w:rFonts w:ascii="Aptos Narrow" w:hAnsi="Aptos Narrow" w:eastAsia="Aptos Narrow" w:cs="Aptos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22"/>
          <w:szCs w:val="22"/>
          <w:u w:val="none"/>
          <w:lang w:val="es-DO"/>
        </w:rPr>
        <w:t xml:space="preserve"> Américas (ITLA)</w:t>
      </w:r>
      <w:r w:rsidRPr="07ADE714" w:rsidR="38624D63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, </w:t>
      </w:r>
      <w:r w:rsidRPr="07ADE714" w:rsidR="64D964D7">
        <w:rPr>
          <w:rFonts w:ascii="Book Antiqua" w:hAnsi="Book Antiqua"/>
          <w:b w:val="1"/>
          <w:bCs w:val="1"/>
        </w:rPr>
        <w:t>DECLARA BAJO LA FE DEL JURAMENTO</w:t>
      </w:r>
      <w:r w:rsidRPr="07ADE714" w:rsidR="64D964D7">
        <w:rPr>
          <w:rFonts w:ascii="Book Antiqua" w:hAnsi="Book Antiqua"/>
        </w:rPr>
        <w:t>, y con pleno conocimiento de las responsabilidades civiles, administrativas y penales que conlleva una declaración falsa, lo siguie</w:t>
      </w:r>
      <w:r w:rsidRPr="07ADE714" w:rsidR="64D964D7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CBF513"/>
    <w:rsid w:val="00D5175A"/>
    <w:rsid w:val="00D9259F"/>
    <w:rsid w:val="00FC63AD"/>
    <w:rsid w:val="00FC693F"/>
    <w:rsid w:val="02CAF76B"/>
    <w:rsid w:val="0464F00E"/>
    <w:rsid w:val="075C01B9"/>
    <w:rsid w:val="07ADE714"/>
    <w:rsid w:val="097CDABC"/>
    <w:rsid w:val="09B94BEA"/>
    <w:rsid w:val="09DEA134"/>
    <w:rsid w:val="0DC12BCE"/>
    <w:rsid w:val="10683C66"/>
    <w:rsid w:val="1317A575"/>
    <w:rsid w:val="17546964"/>
    <w:rsid w:val="2091364B"/>
    <w:rsid w:val="2337C1A1"/>
    <w:rsid w:val="239335F3"/>
    <w:rsid w:val="259BB214"/>
    <w:rsid w:val="26127A9F"/>
    <w:rsid w:val="27819B37"/>
    <w:rsid w:val="27FA73E5"/>
    <w:rsid w:val="2AEF6B71"/>
    <w:rsid w:val="2E4047C2"/>
    <w:rsid w:val="330FAD8B"/>
    <w:rsid w:val="3730B4E8"/>
    <w:rsid w:val="38624D63"/>
    <w:rsid w:val="3AEA309B"/>
    <w:rsid w:val="3AF1F925"/>
    <w:rsid w:val="3F08F877"/>
    <w:rsid w:val="3F45A161"/>
    <w:rsid w:val="421934F9"/>
    <w:rsid w:val="447B3316"/>
    <w:rsid w:val="46A47E18"/>
    <w:rsid w:val="48DDAF6A"/>
    <w:rsid w:val="516744E6"/>
    <w:rsid w:val="56291D65"/>
    <w:rsid w:val="56681C6F"/>
    <w:rsid w:val="5798366A"/>
    <w:rsid w:val="5A56F213"/>
    <w:rsid w:val="5A640821"/>
    <w:rsid w:val="5B45C19B"/>
    <w:rsid w:val="5B91DB79"/>
    <w:rsid w:val="5BF98337"/>
    <w:rsid w:val="5CB2C766"/>
    <w:rsid w:val="616AADDD"/>
    <w:rsid w:val="64D964D7"/>
    <w:rsid w:val="666C82F4"/>
    <w:rsid w:val="6D500B2D"/>
    <w:rsid w:val="700346F3"/>
    <w:rsid w:val="74873C73"/>
    <w:rsid w:val="78CBFEBA"/>
    <w:rsid w:val="794ABD14"/>
    <w:rsid w:val="79C9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Sharina Javier</lastModifiedBy>
  <revision>13</revision>
  <lastPrinted>2026-02-11T16:38:00.0000000Z</lastPrinted>
  <dcterms:created xsi:type="dcterms:W3CDTF">2026-06-22T19:17:00.0000000Z</dcterms:created>
  <dcterms:modified xsi:type="dcterms:W3CDTF">2026-09-09T00:10:34.0137356Z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