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6B66C590" w:rsidR="001B496D" w:rsidRPr="00362124" w:rsidRDefault="002762DF" w:rsidP="330FAD8B">
      <w:pPr>
        <w:jc w:val="both"/>
        <w:rPr>
          <w:rFonts w:ascii="Book Antiqua" w:hAnsi="Book Antiqua"/>
        </w:rPr>
      </w:pPr>
      <w:r w:rsidRPr="67602C5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C721E8" w:rsidRPr="00C721E8">
        <w:rPr>
          <w:rFonts w:ascii="Book Antiqua" w:hAnsi="Book Antiqua"/>
          <w:b/>
          <w:bCs/>
        </w:rPr>
        <w:tab/>
        <w:t>CONTRALORIA-CCC-LPN-2026-000</w:t>
      </w:r>
      <w:r w:rsidR="00DC033D">
        <w:rPr>
          <w:rFonts w:ascii="Book Antiqua" w:hAnsi="Book Antiqua"/>
          <w:b/>
          <w:bCs/>
        </w:rPr>
        <w:t>4</w:t>
      </w:r>
      <w:r w:rsidRPr="67602C54">
        <w:rPr>
          <w:rFonts w:ascii="Book Antiqua" w:hAnsi="Book Antiqua"/>
        </w:rPr>
        <w:t>, relativo a</w:t>
      </w:r>
      <w:r w:rsidR="00FB35DF">
        <w:rPr>
          <w:b/>
          <w:bCs/>
          <w:lang w:val="es-ES"/>
        </w:rPr>
        <w:t xml:space="preserve"> </w:t>
      </w:r>
      <w:r w:rsidR="00DC033D" w:rsidRPr="00DC033D">
        <w:rPr>
          <w:rFonts w:ascii="Book Antiqua" w:hAnsi="Book Antiqua"/>
          <w:b/>
          <w:bCs/>
        </w:rPr>
        <w:t>RENOVACIÓN Y ADQUISICIÓN DE SOPORTE Y LICENCIAS TECNOLÓGICAS PARA USO DE LA INSTITUCIÓN</w:t>
      </w:r>
      <w:r w:rsidR="004A4B8E" w:rsidRPr="67602C54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4A050A69" w14:textId="7FD0CBF3" w:rsidR="00FB35DF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</w:t>
      </w:r>
      <w:r w:rsidR="00FB35DF">
        <w:rPr>
          <w:rFonts w:ascii="Book Antiqua" w:hAnsi="Book Antiqua"/>
        </w:rPr>
        <w:t>__________________ (__________)</w:t>
      </w: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92F85" w14:textId="77777777" w:rsidR="005B5BDC" w:rsidRPr="00362124" w:rsidRDefault="005B5BDC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4167602E" w14:textId="77777777" w:rsidR="005B5BDC" w:rsidRPr="00362124" w:rsidRDefault="005B5BDC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5E536" w14:textId="77777777" w:rsidR="005B5BDC" w:rsidRPr="00362124" w:rsidRDefault="005B5BDC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7835C8DD" w14:textId="77777777" w:rsidR="005B5BDC" w:rsidRPr="00362124" w:rsidRDefault="005B5BDC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4A20C68D" w:rsidR="002762DF" w:rsidRPr="00362124" w:rsidRDefault="00FB35DF" w:rsidP="002762DF">
    <w:pPr>
      <w:pStyle w:val="Encabezado"/>
      <w:jc w:val="center"/>
    </w:pPr>
    <w:r>
      <w:rPr>
        <w:rFonts w:ascii="Arial Narrow" w:hAnsi="Arial Narrow" w:cs="Arial"/>
        <w:noProof/>
        <w:color w:val="800000"/>
        <w:lang w:eastAsia="es-DO"/>
      </w:rPr>
      <w:drawing>
        <wp:inline distT="0" distB="0" distL="0" distR="0" wp14:anchorId="666DFCEA" wp14:editId="73390881">
          <wp:extent cx="1790700" cy="137881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868" cy="13912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639161">
    <w:abstractNumId w:val="8"/>
  </w:num>
  <w:num w:numId="2" w16cid:durableId="218173118">
    <w:abstractNumId w:val="6"/>
  </w:num>
  <w:num w:numId="3" w16cid:durableId="1250774655">
    <w:abstractNumId w:val="5"/>
  </w:num>
  <w:num w:numId="4" w16cid:durableId="1747529183">
    <w:abstractNumId w:val="4"/>
  </w:num>
  <w:num w:numId="5" w16cid:durableId="909929236">
    <w:abstractNumId w:val="7"/>
  </w:num>
  <w:num w:numId="6" w16cid:durableId="139660331">
    <w:abstractNumId w:val="3"/>
  </w:num>
  <w:num w:numId="7" w16cid:durableId="165479070">
    <w:abstractNumId w:val="2"/>
  </w:num>
  <w:num w:numId="8" w16cid:durableId="43918075">
    <w:abstractNumId w:val="1"/>
  </w:num>
  <w:num w:numId="9" w16cid:durableId="772628052">
    <w:abstractNumId w:val="0"/>
  </w:num>
  <w:num w:numId="10" w16cid:durableId="9014095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61721"/>
    <w:rsid w:val="004A4B8E"/>
    <w:rsid w:val="004B4F77"/>
    <w:rsid w:val="004B6A70"/>
    <w:rsid w:val="005B5BDC"/>
    <w:rsid w:val="005E0340"/>
    <w:rsid w:val="005F22A2"/>
    <w:rsid w:val="0061575E"/>
    <w:rsid w:val="006956F6"/>
    <w:rsid w:val="0079250A"/>
    <w:rsid w:val="008547F1"/>
    <w:rsid w:val="00985EC8"/>
    <w:rsid w:val="00986D2F"/>
    <w:rsid w:val="00AA1D8D"/>
    <w:rsid w:val="00AC264D"/>
    <w:rsid w:val="00B47730"/>
    <w:rsid w:val="00BC4218"/>
    <w:rsid w:val="00C721E8"/>
    <w:rsid w:val="00CB0664"/>
    <w:rsid w:val="00CB0D0E"/>
    <w:rsid w:val="00D5175A"/>
    <w:rsid w:val="00D9259F"/>
    <w:rsid w:val="00DB4552"/>
    <w:rsid w:val="00DC033D"/>
    <w:rsid w:val="00FB35DF"/>
    <w:rsid w:val="00FC63AD"/>
    <w:rsid w:val="00FC693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Props1.xml><?xml version="1.0" encoding="utf-8"?>
<ds:datastoreItem xmlns:ds="http://schemas.openxmlformats.org/officeDocument/2006/customXml" ds:itemID="{BD40A29B-CF4E-4B47-8EE0-F027A956E6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1984</Characters>
  <Application>Microsoft Office Word</Application>
  <DocSecurity>0</DocSecurity>
  <Lines>16</Lines>
  <Paragraphs>4</Paragraphs>
  <ScaleCrop>false</ScaleCrop>
  <Manager/>
  <Company/>
  <LinksUpToDate>false</LinksUpToDate>
  <CharactersWithSpaces>2340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Monica Yorlany Flores Gerez</cp:lastModifiedBy>
  <cp:revision>4</cp:revision>
  <cp:lastPrinted>2026-02-11T16:38:00Z</cp:lastPrinted>
  <dcterms:created xsi:type="dcterms:W3CDTF">2026-06-29T15:41:00Z</dcterms:created>
  <dcterms:modified xsi:type="dcterms:W3CDTF">2026-09-30T13:34:00Z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