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62124" w:rsidR="002762DF" w:rsidP="004A4B8E" w:rsidRDefault="004A4B8E" w14:paraId="1EDE234E" w14:textId="7E7A7993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Pr="00362124" w:rsidR="00D9259F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:rsidRPr="00362124" w:rsidR="004A4B8E" w:rsidP="004A4B8E" w:rsidRDefault="004A4B8E" w14:paraId="6C6B8DC4" w14:textId="77777777"/>
    <w:p w:rsidRPr="00362124" w:rsidR="001B496D" w:rsidP="25E5663D" w:rsidRDefault="002762DF" w14:paraId="21FEA26A" w14:textId="38BF0BA9">
      <w:pPr>
        <w:pStyle w:val="Normal"/>
        <w:spacing w:before="0" w:beforeAutospacing="off" w:after="280" w:afterAutospacing="off" w:line="257" w:lineRule="auto"/>
        <w:jc w:val="both"/>
        <w:rPr>
          <w:rFonts w:ascii="Book Antiqua" w:hAnsi="Book Antiqua"/>
        </w:rPr>
      </w:pPr>
      <w:r w:rsidRPr="25E5663D" w:rsidR="16F1B4DD">
        <w:rPr>
          <w:rFonts w:ascii="Book Antiqua" w:hAnsi="Book Antiqua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</w:t>
      </w:r>
      <w:r w:rsidRPr="25E5663D" w:rsidR="16F1B4DD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 el procedimiento de contratación pública núm.</w:t>
      </w:r>
      <w:r w:rsidRPr="25E5663D" w:rsidR="7710B726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2"/>
          <w:szCs w:val="22"/>
          <w:lang w:val="es-DO" w:eastAsia="en-US" w:bidi="ar-SA"/>
        </w:rPr>
        <w:t xml:space="preserve"> ITLA-CCC-LPN-2026-000</w:t>
      </w:r>
      <w:r w:rsidRPr="25E5663D" w:rsidR="6E661C74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noProof w:val="0"/>
          <w:color w:val="auto"/>
          <w:sz w:val="22"/>
          <w:szCs w:val="22"/>
          <w:lang w:val="es-DO" w:eastAsia="en-US" w:bidi="ar-SA"/>
        </w:rPr>
        <w:t>4</w:t>
      </w:r>
      <w:r w:rsidRPr="25E5663D" w:rsidR="16F1B4DD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>, relativo a</w:t>
      </w:r>
      <w:r w:rsidRPr="25E5663D" w:rsidR="15929B7C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 xml:space="preserve"> </w:t>
      </w:r>
      <w:r w:rsidRPr="25E5663D" w:rsidR="17132C7B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>la</w:t>
      </w:r>
      <w:r w:rsidRPr="25E5663D" w:rsidR="17132C7B">
        <w:rPr>
          <w:rFonts w:ascii="Cambria" w:hAnsi="Cambria" w:eastAsia="ＭＳ 明朝" w:cs="Arial" w:asciiTheme="minorAscii" w:hAnsiTheme="minorAscii" w:eastAsiaTheme="minorEastAsia" w:cstheme="minorBidi"/>
          <w:b w:val="1"/>
          <w:bCs w:val="1"/>
          <w:color w:val="auto"/>
          <w:sz w:val="22"/>
          <w:szCs w:val="22"/>
          <w:lang w:eastAsia="en-US" w:bidi="ar-SA"/>
        </w:rPr>
        <w:t xml:space="preserve"> </w:t>
      </w:r>
      <w:r w:rsidRPr="25E5663D" w:rsidR="7D5F3E17">
        <w:rPr>
          <w:rFonts w:ascii="Times New Roman" w:hAnsi="Times New Roman" w:eastAsia="Times New Roman" w:cs="Times New Roman"/>
          <w:b w:val="1"/>
          <w:bCs w:val="1"/>
          <w:noProof w:val="0"/>
          <w:color w:val="000000" w:themeColor="text1" w:themeTint="FF" w:themeShade="FF"/>
          <w:sz w:val="24"/>
          <w:szCs w:val="24"/>
          <w:lang w:val="es-MX"/>
        </w:rPr>
        <w:t>ADQUISICIÓN DE LICENCIAS DE SOFTWARE PARA EL INSTITUTO TECNOLÓGICO DE LAS AMÉRICAS (ITLA)</w:t>
      </w:r>
      <w:r w:rsidRPr="25E5663D" w:rsidR="16F1B4DD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 xml:space="preserve">, </w:t>
      </w:r>
      <w:r w:rsidRPr="25E5663D" w:rsidR="096B54E8">
        <w:rPr>
          <w:rFonts w:ascii="Cambria" w:hAnsi="Cambria" w:eastAsia="ＭＳ 明朝" w:cs="Arial" w:asciiTheme="minorAscii" w:hAnsiTheme="minorAscii" w:eastAsiaTheme="minorEastAsia" w:cstheme="minorBidi"/>
          <w:color w:val="auto"/>
          <w:sz w:val="22"/>
          <w:szCs w:val="22"/>
          <w:lang w:eastAsia="en-US" w:bidi="ar-SA"/>
        </w:rPr>
        <w:t>DE</w:t>
      </w:r>
      <w:r w:rsidRPr="25E5663D" w:rsidR="096B54E8">
        <w:rPr>
          <w:rFonts w:ascii="Book Antiqua" w:hAnsi="Book Antiqua"/>
          <w:b w:val="1"/>
          <w:bCs w:val="1"/>
        </w:rPr>
        <w:t>CLARA BAJO LA FE DEL JURAMENTO</w:t>
      </w:r>
      <w:r w:rsidRPr="25E5663D" w:rsidR="096B54E8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:rsidRPr="00362124" w:rsidR="001B496D" w:rsidP="002762DF" w:rsidRDefault="004A4B8E" w14:paraId="1336DF9C" w14:textId="60A55A47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:rsidRPr="00362124" w:rsidR="001B496D" w:rsidP="002762DF" w:rsidRDefault="004A4B8E" w14:paraId="7029A8EB" w14:textId="0F6C32E2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:rsidRPr="00362124" w:rsidR="001B496D" w:rsidP="002762DF" w:rsidRDefault="004A4B8E" w14:paraId="1CDD5A60" w14:textId="4207234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:rsidRPr="00362124" w:rsidR="001B496D" w:rsidP="002762DF" w:rsidRDefault="004A4B8E" w14:paraId="4A070304" w14:textId="6DC0CDA8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Pr="00362124" w:rsidR="00D9259F">
        <w:rPr>
          <w:rFonts w:ascii="Book Antiqua" w:hAnsi="Book Antiqua"/>
        </w:rPr>
        <w:t xml:space="preserve"> </w:t>
      </w:r>
    </w:p>
    <w:p w:rsidRPr="00362124" w:rsidR="004A4B8E" w:rsidP="004A4B8E" w:rsidRDefault="004A4B8E" w14:paraId="634639A8" w14:textId="62EB853C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:rsidRPr="00362124" w:rsidR="004A4B8E" w:rsidP="004A4B8E" w:rsidRDefault="004A4B8E" w14:paraId="00632F29" w14:textId="77777777">
      <w:pPr>
        <w:jc w:val="both"/>
        <w:rPr>
          <w:rFonts w:ascii="Book Antiqua" w:hAnsi="Book Antiqua"/>
        </w:rPr>
      </w:pPr>
    </w:p>
    <w:p w:rsidRPr="00362124" w:rsidR="004A4B8E" w:rsidP="004A4B8E" w:rsidRDefault="004A4B8E" w14:paraId="181EBB46" w14:textId="77777777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:rsidR="001B496D" w:rsidP="10683C66" w:rsidRDefault="004A4B8E" w14:paraId="508D40AF" w14:textId="014E1331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2"/>
      <w:pgSz w:w="12240" w:h="15840" w:orient="portrait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Pr="00362124" w:rsidR="009F4C75" w:rsidP="002762DF" w:rsidRDefault="009F4C75" w14:paraId="1D22456F" w14:textId="77777777">
      <w:pPr>
        <w:spacing w:after="0" w:line="240" w:lineRule="auto"/>
      </w:pPr>
      <w:r w:rsidRPr="00362124">
        <w:separator/>
      </w:r>
    </w:p>
  </w:endnote>
  <w:endnote w:type="continuationSeparator" w:id="0">
    <w:p w:rsidRPr="00362124" w:rsidR="009F4C75" w:rsidP="002762DF" w:rsidRDefault="009F4C75" w14:paraId="772DD96F" w14:textId="77777777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Pr="00362124" w:rsidR="009F4C75" w:rsidP="002762DF" w:rsidRDefault="009F4C75" w14:paraId="5987070B" w14:textId="77777777">
      <w:pPr>
        <w:spacing w:after="0" w:line="240" w:lineRule="auto"/>
      </w:pPr>
      <w:r w:rsidRPr="00362124">
        <w:separator/>
      </w:r>
    </w:p>
  </w:footnote>
  <w:footnote w:type="continuationSeparator" w:id="0">
    <w:p w:rsidRPr="00362124" w:rsidR="009F4C75" w:rsidP="002762DF" w:rsidRDefault="009F4C75" w14:paraId="4AAE4316" w14:textId="77777777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p w:rsidRPr="00362124" w:rsidR="002762DF" w:rsidP="002762DF" w:rsidRDefault="00D9259F" w14:paraId="180C8D4F" w14:textId="5B543824">
    <w:pPr>
      <w:pStyle w:val="Encabezado"/>
      <w:jc w:val="center"/>
    </w:pPr>
    <w:r w:rsidRPr="00362124">
      <w:rPr>
        <w:rFonts w:ascii="Calibri" w:hAnsi="Calibri" w:eastAsia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D5175A"/>
    <w:rsid w:val="00D9259F"/>
    <w:rsid w:val="00FC63AD"/>
    <w:rsid w:val="00FC693F"/>
    <w:rsid w:val="06F7E93E"/>
    <w:rsid w:val="096B54E8"/>
    <w:rsid w:val="0D1054C1"/>
    <w:rsid w:val="0DC12BCE"/>
    <w:rsid w:val="10683C66"/>
    <w:rsid w:val="1317A575"/>
    <w:rsid w:val="15929B7C"/>
    <w:rsid w:val="16F1B4DD"/>
    <w:rsid w:val="17132C7B"/>
    <w:rsid w:val="24025A86"/>
    <w:rsid w:val="259BB214"/>
    <w:rsid w:val="25E5663D"/>
    <w:rsid w:val="27819B37"/>
    <w:rsid w:val="330FAD8B"/>
    <w:rsid w:val="3F08F877"/>
    <w:rsid w:val="421934F9"/>
    <w:rsid w:val="447B3316"/>
    <w:rsid w:val="4AAD95F1"/>
    <w:rsid w:val="5631BB3A"/>
    <w:rsid w:val="5B45C19B"/>
    <w:rsid w:val="5B91DB79"/>
    <w:rsid w:val="5BF98337"/>
    <w:rsid w:val="6A68A728"/>
    <w:rsid w:val="6E661C74"/>
    <w:rsid w:val="72FF65C1"/>
    <w:rsid w:val="7710B726"/>
    <w:rsid w:val="7D5F3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EncabezadoCar" w:customStyle="1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PiedepginaCar" w:customStyle="1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styleId="Ttulo1Car" w:customStyle="1">
    <w:name w:val="Título 1 Car"/>
    <w:link w:val="Ttulo1"/>
    <w:uiPriority w:val="9"/>
    <w:rsid w:val="0DC12BCE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Ttulo2Car" w:customStyle="1">
    <w:name w:val="Título 2 Car"/>
    <w:link w:val="Ttulo2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Ttulo3Car" w:customStyle="1">
    <w:name w:val="Título 3 Car"/>
    <w:link w:val="Ttulo3"/>
    <w:uiPriority w:val="9"/>
    <w:rsid w:val="0DC12BCE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tuloCar" w:customStyle="1">
    <w:name w:val="Título Car"/>
    <w:link w:val="Ttulo"/>
    <w:uiPriority w:val="10"/>
    <w:rsid w:val="0DC12BCE"/>
    <w:rPr>
      <w:rFonts w:asciiTheme="majorHAnsi" w:hAnsiTheme="majorHAnsi" w:eastAsiaTheme="majorEastAsia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tuloCar" w:customStyle="1">
    <w:name w:val="Subtítulo Car"/>
    <w:link w:val="Subttulo"/>
    <w:uiPriority w:val="11"/>
    <w:rsid w:val="0DC12BCE"/>
    <w:rPr>
      <w:rFonts w:asciiTheme="majorHAnsi" w:hAnsiTheme="majorHAnsi" w:eastAsiaTheme="majorEastAsia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styleId="TextoindependienteCar" w:customStyle="1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styleId="Textoindependiente2Car" w:customStyle="1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Textoindependiente3Car" w:customStyle="1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TextomacroCar" w:customStyle="1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styleId="CitaCar" w:customStyle="1">
    <w:name w:val="Cita Car"/>
    <w:link w:val="Cita"/>
    <w:uiPriority w:val="29"/>
    <w:rsid w:val="0DC12BCE"/>
    <w:rPr>
      <w:i/>
      <w:iCs/>
      <w:color w:val="000000" w:themeColor="text1"/>
    </w:rPr>
  </w:style>
  <w:style w:type="character" w:styleId="Ttulo4Car" w:customStyle="1">
    <w:name w:val="Título 4 Car"/>
    <w:link w:val="Ttulo4"/>
    <w:uiPriority w:val="9"/>
    <w:semiHidden/>
    <w:rsid w:val="0DC12BCE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Ttulo5Car" w:customStyle="1">
    <w:name w:val="Título 5 Car"/>
    <w:link w:val="Ttulo5"/>
    <w:uiPriority w:val="9"/>
    <w:semiHidden/>
    <w:rsid w:val="0DC12BCE"/>
    <w:rPr>
      <w:rFonts w:asciiTheme="majorHAnsi" w:hAnsiTheme="majorHAnsi" w:eastAsiaTheme="majorEastAsia" w:cstheme="majorBidi"/>
      <w:color w:val="243F60"/>
    </w:rPr>
  </w:style>
  <w:style w:type="character" w:styleId="Ttulo6Car" w:customStyle="1">
    <w:name w:val="Título 6 Car"/>
    <w:link w:val="Ttulo6"/>
    <w:uiPriority w:val="9"/>
    <w:semiHidden/>
    <w:rsid w:val="0DC12BCE"/>
    <w:rPr>
      <w:rFonts w:asciiTheme="majorHAnsi" w:hAnsiTheme="majorHAnsi" w:eastAsiaTheme="majorEastAsia" w:cstheme="majorBidi"/>
      <w:i/>
      <w:iCs/>
      <w:color w:val="243F60"/>
    </w:rPr>
  </w:style>
  <w:style w:type="character" w:styleId="Ttulo7Car" w:customStyle="1">
    <w:name w:val="Título 7 Car"/>
    <w:link w:val="Ttulo7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Ttulo8Car" w:customStyle="1">
    <w:name w:val="Título 8 Car"/>
    <w:link w:val="Ttulo8"/>
    <w:uiPriority w:val="9"/>
    <w:semiHidden/>
    <w:rsid w:val="0DC12BCE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Ttulo9Car" w:customStyle="1">
    <w:name w:val="Título 9 Car"/>
    <w:link w:val="Ttulo9"/>
    <w:uiPriority w:val="9"/>
    <w:semiHidden/>
    <w:rsid w:val="0DC12BCE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CitadestacadaCar" w:customStyle="1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  <w:style w:type="paragraph" w:styleId="Default" w:customStyle="true">
    <w:uiPriority w:val="1"/>
    <w:name w:val="Default"/>
    <w:basedOn w:val="Normal"/>
    <w:rsid w:val="72FF65C1"/>
    <w:rPr>
      <w:rFonts w:ascii="Calibri Light" w:hAnsi="Calibri Light" w:eastAsia="Calibri" w:cs="Calibri Light" w:asciiTheme="minorAscii" w:hAnsiTheme="minorAscii" w:eastAsiaTheme="minorAscii" w:cstheme="minorBidi"/>
      <w:color w:val="000000" w:themeColor="text1" w:themeTint="FF" w:themeShade="FF"/>
      <w:sz w:val="24"/>
      <w:szCs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E0AF9DBA7A53945945264BD5B81A3B2" ma:contentTypeVersion="11" ma:contentTypeDescription="Crear nuevo documento." ma:contentTypeScope="" ma:versionID="0a60886b3b27e6e62c67ac5e25b943cd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3e812d1ae10debc67b4633802df1515f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Etiquetas de imagen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2.xml><?xml version="1.0" encoding="utf-8"?>
<ds:datastoreItem xmlns:ds="http://schemas.openxmlformats.org/officeDocument/2006/customXml" ds:itemID="{B0877223-BEB6-4315-B224-753A9F97EA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Catinia Cuello</lastModifiedBy>
  <revision>11</revision>
  <lastPrinted>2026-02-11T16:38:00.0000000Z</lastPrinted>
  <dcterms:created xsi:type="dcterms:W3CDTF">2026-06-22T19:17:00.0000000Z</dcterms:created>
  <dcterms:modified xsi:type="dcterms:W3CDTF">2026-09-29T15:14:44.2414930Z</dcterms:modified>
  <category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