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234E" w14:textId="7E7A7993" w:rsidR="002762DF" w:rsidRPr="00362124" w:rsidRDefault="004A4B8E" w:rsidP="004A4B8E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="00D9259F" w:rsidRPr="00362124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14:paraId="6C6B8DC4" w14:textId="77777777" w:rsidR="004A4B8E" w:rsidRPr="00362124" w:rsidRDefault="004A4B8E" w:rsidP="004A4B8E"/>
    <w:p w14:paraId="21FEA26A" w14:textId="25908C31" w:rsidR="001B496D" w:rsidRPr="00362124" w:rsidRDefault="002762DF" w:rsidP="330FAD8B">
      <w:pPr>
        <w:jc w:val="both"/>
        <w:rPr>
          <w:rFonts w:ascii="Book Antiqua" w:hAnsi="Book Antiqua"/>
        </w:rPr>
      </w:pPr>
      <w:r w:rsidRPr="67602C54">
        <w:rPr>
          <w:rFonts w:ascii="Book Antiqua" w:hAnsi="Book Antiqua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="00FB35DF" w:rsidRPr="00986D2F">
        <w:rPr>
          <w:rFonts w:ascii="Book Antiqua" w:hAnsi="Book Antiqua"/>
          <w:b/>
          <w:bCs/>
        </w:rPr>
        <w:t>CONTRALORIA</w:t>
      </w:r>
      <w:r w:rsidR="00362124" w:rsidRPr="00986D2F">
        <w:rPr>
          <w:rFonts w:ascii="Book Antiqua" w:hAnsi="Book Antiqua"/>
          <w:b/>
          <w:bCs/>
        </w:rPr>
        <w:t>-DAF-CM-2026-00</w:t>
      </w:r>
      <w:r w:rsidR="00FB35DF" w:rsidRPr="00986D2F">
        <w:rPr>
          <w:rFonts w:ascii="Book Antiqua" w:hAnsi="Book Antiqua"/>
          <w:b/>
          <w:bCs/>
        </w:rPr>
        <w:t>XX</w:t>
      </w:r>
      <w:r w:rsidRPr="67602C54">
        <w:rPr>
          <w:rFonts w:ascii="Book Antiqua" w:hAnsi="Book Antiqua"/>
        </w:rPr>
        <w:t>, relativo a</w:t>
      </w:r>
      <w:r w:rsidR="00FB35DF">
        <w:rPr>
          <w:b/>
          <w:bCs/>
          <w:lang w:val="es-ES"/>
        </w:rPr>
        <w:t xml:space="preserve"> </w:t>
      </w:r>
      <w:r w:rsidR="00FB35DF" w:rsidRPr="00986D2F">
        <w:rPr>
          <w:rFonts w:ascii="Book Antiqua" w:hAnsi="Book Antiqua"/>
          <w:b/>
          <w:bCs/>
        </w:rPr>
        <w:t>COLOCAR DESCRIPCIÓN</w:t>
      </w:r>
      <w:r w:rsidR="00FB35DF">
        <w:rPr>
          <w:b/>
          <w:bCs/>
          <w:lang w:val="es-ES"/>
        </w:rPr>
        <w:t xml:space="preserve"> </w:t>
      </w:r>
      <w:r w:rsidR="00FB35DF" w:rsidRPr="00986D2F">
        <w:rPr>
          <w:rFonts w:ascii="Book Antiqua" w:hAnsi="Book Antiqua"/>
          <w:b/>
          <w:bCs/>
        </w:rPr>
        <w:t>DEL PROCESO</w:t>
      </w:r>
      <w:r w:rsidRPr="67602C54">
        <w:rPr>
          <w:rFonts w:ascii="Book Antiqua" w:hAnsi="Book Antiqua"/>
        </w:rPr>
        <w:t xml:space="preserve">, </w:t>
      </w:r>
      <w:r w:rsidR="004A4B8E" w:rsidRPr="67602C54">
        <w:rPr>
          <w:rFonts w:ascii="Book Antiqua" w:hAnsi="Book Antiqua"/>
          <w:b/>
          <w:bCs/>
        </w:rPr>
        <w:t>DECLARA BAJO LA FE DEL JURAMENTO</w:t>
      </w:r>
      <w:r w:rsidR="004A4B8E" w:rsidRPr="67602C54">
        <w:rPr>
          <w:rFonts w:ascii="Book Antiqua" w:hAnsi="Book Antiqua"/>
        </w:rPr>
        <w:t>, y con pleno conocimiento de las responsabilidades civiles, administrativas y penales que conlleva una declaración falsa, lo siguiente:</w:t>
      </w:r>
    </w:p>
    <w:p w14:paraId="1336DF9C" w14:textId="60A55A47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6DC0CDA8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="00D9259F" w:rsidRPr="00362124">
        <w:rPr>
          <w:rFonts w:ascii="Book Antiqua" w:hAnsi="Book Antiqua"/>
        </w:rPr>
        <w:t xml:space="preserve"> </w:t>
      </w:r>
    </w:p>
    <w:p w14:paraId="4A050A69" w14:textId="7FD0CBF3" w:rsidR="00FB35DF" w:rsidRPr="00362124" w:rsidRDefault="004A4B8E" w:rsidP="004A4B8E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</w:t>
      </w:r>
      <w:r w:rsidR="00FB35DF">
        <w:rPr>
          <w:rFonts w:ascii="Book Antiqua" w:hAnsi="Book Antiqua"/>
        </w:rPr>
        <w:t>__________________ (__________)</w:t>
      </w:r>
    </w:p>
    <w:p w14:paraId="181EBB46" w14:textId="77777777" w:rsidR="004A4B8E" w:rsidRPr="00362124" w:rsidRDefault="004A4B8E" w:rsidP="004A4B8E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14:paraId="508D40AF" w14:textId="014E1331" w:rsidR="001B496D" w:rsidRDefault="004A4B8E" w:rsidP="10683C66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497F2" w14:textId="77777777" w:rsidR="00DB4552" w:rsidRPr="00362124" w:rsidRDefault="00DB4552" w:rsidP="002762DF">
      <w:pPr>
        <w:spacing w:after="0" w:line="240" w:lineRule="auto"/>
      </w:pPr>
      <w:r w:rsidRPr="00362124">
        <w:separator/>
      </w:r>
    </w:p>
  </w:endnote>
  <w:endnote w:type="continuationSeparator" w:id="0">
    <w:p w14:paraId="7754D5C8" w14:textId="77777777" w:rsidR="00DB4552" w:rsidRPr="00362124" w:rsidRDefault="00DB4552" w:rsidP="002762DF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5A6E6" w14:textId="77777777" w:rsidR="00DB4552" w:rsidRPr="00362124" w:rsidRDefault="00DB4552" w:rsidP="002762DF">
      <w:pPr>
        <w:spacing w:after="0" w:line="240" w:lineRule="auto"/>
      </w:pPr>
      <w:r w:rsidRPr="00362124">
        <w:separator/>
      </w:r>
    </w:p>
  </w:footnote>
  <w:footnote w:type="continuationSeparator" w:id="0">
    <w:p w14:paraId="5AF47A18" w14:textId="77777777" w:rsidR="00DB4552" w:rsidRPr="00362124" w:rsidRDefault="00DB4552" w:rsidP="002762DF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C8D4F" w14:textId="4A20C68D" w:rsidR="002762DF" w:rsidRPr="00362124" w:rsidRDefault="00FB35DF" w:rsidP="002762DF">
    <w:pPr>
      <w:pStyle w:val="Encabezado"/>
      <w:jc w:val="center"/>
    </w:pPr>
    <w:r>
      <w:rPr>
        <w:rFonts w:ascii="Arial Narrow" w:hAnsi="Arial Narrow" w:cs="Arial"/>
        <w:noProof/>
        <w:color w:val="800000"/>
        <w:lang w:eastAsia="es-DO"/>
      </w:rPr>
      <w:drawing>
        <wp:inline distT="0" distB="0" distL="0" distR="0" wp14:anchorId="666DFCEA" wp14:editId="73390881">
          <wp:extent cx="1790700" cy="1378817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868" cy="13912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4639161">
    <w:abstractNumId w:val="8"/>
  </w:num>
  <w:num w:numId="2" w16cid:durableId="218173118">
    <w:abstractNumId w:val="6"/>
  </w:num>
  <w:num w:numId="3" w16cid:durableId="1250774655">
    <w:abstractNumId w:val="5"/>
  </w:num>
  <w:num w:numId="4" w16cid:durableId="1747529183">
    <w:abstractNumId w:val="4"/>
  </w:num>
  <w:num w:numId="5" w16cid:durableId="909929236">
    <w:abstractNumId w:val="7"/>
  </w:num>
  <w:num w:numId="6" w16cid:durableId="139660331">
    <w:abstractNumId w:val="3"/>
  </w:num>
  <w:num w:numId="7" w16cid:durableId="165479070">
    <w:abstractNumId w:val="2"/>
  </w:num>
  <w:num w:numId="8" w16cid:durableId="43918075">
    <w:abstractNumId w:val="1"/>
  </w:num>
  <w:num w:numId="9" w16cid:durableId="772628052">
    <w:abstractNumId w:val="0"/>
  </w:num>
  <w:num w:numId="10" w16cid:durableId="9014095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B496D"/>
    <w:rsid w:val="001B63F6"/>
    <w:rsid w:val="002762DF"/>
    <w:rsid w:val="0029639D"/>
    <w:rsid w:val="00326F90"/>
    <w:rsid w:val="00362124"/>
    <w:rsid w:val="004A4B8E"/>
    <w:rsid w:val="004B4F77"/>
    <w:rsid w:val="005E0340"/>
    <w:rsid w:val="005F22A2"/>
    <w:rsid w:val="0061575E"/>
    <w:rsid w:val="006956F6"/>
    <w:rsid w:val="0079250A"/>
    <w:rsid w:val="008547F1"/>
    <w:rsid w:val="00986D2F"/>
    <w:rsid w:val="00AA1D8D"/>
    <w:rsid w:val="00AC264D"/>
    <w:rsid w:val="00B47730"/>
    <w:rsid w:val="00BC4218"/>
    <w:rsid w:val="00CB0664"/>
    <w:rsid w:val="00CB0D0E"/>
    <w:rsid w:val="00D5175A"/>
    <w:rsid w:val="00D9259F"/>
    <w:rsid w:val="00DB4552"/>
    <w:rsid w:val="00FB35DF"/>
    <w:rsid w:val="00FC63AD"/>
    <w:rsid w:val="00FC693F"/>
    <w:rsid w:val="10683C66"/>
    <w:rsid w:val="259BB214"/>
    <w:rsid w:val="29ADA6F1"/>
    <w:rsid w:val="330FAD8B"/>
    <w:rsid w:val="33FA8435"/>
    <w:rsid w:val="3F08F877"/>
    <w:rsid w:val="421934F9"/>
    <w:rsid w:val="447B3316"/>
    <w:rsid w:val="5B45C19B"/>
    <w:rsid w:val="5B91DB79"/>
    <w:rsid w:val="6055FB1C"/>
    <w:rsid w:val="6760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extbodyuser">
    <w:name w:val="Text body (user)"/>
    <w:basedOn w:val="Normal"/>
    <w:uiPriority w:val="1"/>
    <w:rsid w:val="33FA8435"/>
    <w:pPr>
      <w:spacing w:after="140" w:line="288" w:lineRule="auto"/>
    </w:pPr>
    <w:rPr>
      <w:rFonts w:ascii="Liberation Serif" w:eastAsia="Arial Unicode MS" w:hAnsi="Liberation Serif" w:cs="Mangal"/>
      <w:color w:val="00000A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2.xml><?xml version="1.0" encoding="utf-8"?>
<ds:datastoreItem xmlns:ds="http://schemas.openxmlformats.org/officeDocument/2006/customXml" ds:itemID="{BD40A29B-CF4E-4B47-8EE0-F027A956E6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2ADBB2-4F49-4DD5-923F-2A4759BB3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1964</Characters>
  <Application>Microsoft Office Word</Application>
  <DocSecurity>0</DocSecurity>
  <Lines>16</Lines>
  <Paragraphs>4</Paragraphs>
  <ScaleCrop>false</ScaleCrop>
  <Manager/>
  <Company/>
  <LinksUpToDate>false</LinksUpToDate>
  <CharactersWithSpaces>2316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Gina Carolina Ferreras Beltre</cp:lastModifiedBy>
  <cp:revision>2</cp:revision>
  <cp:lastPrinted>2026-02-11T16:38:00Z</cp:lastPrinted>
  <dcterms:created xsi:type="dcterms:W3CDTF">2026-06-29T15:41:00Z</dcterms:created>
  <dcterms:modified xsi:type="dcterms:W3CDTF">2026-06-29T15:41:00Z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