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E234E" w14:textId="7E7A7993" w:rsidR="002762DF" w:rsidRPr="008547F1" w:rsidRDefault="004A4B8E" w:rsidP="004A4B8E">
      <w:pPr>
        <w:pStyle w:val="Heading1"/>
        <w:jc w:val="center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8547F1">
        <w:rPr>
          <w:rFonts w:ascii="Book Antiqua" w:hAnsi="Book Antiqua"/>
          <w:color w:val="000000" w:themeColor="text1"/>
          <w:sz w:val="24"/>
          <w:szCs w:val="24"/>
          <w:lang w:val="es-ES"/>
        </w:rPr>
        <w:t>DECLARACIÓN JURADA DE</w:t>
      </w:r>
      <w:r w:rsidR="00D9259F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OFERTA LIBRE DE </w:t>
      </w:r>
      <w:r w:rsidRPr="008547F1">
        <w:rPr>
          <w:rFonts w:ascii="Book Antiqua" w:hAnsi="Book Antiqua"/>
          <w:color w:val="000000" w:themeColor="text1"/>
          <w:sz w:val="24"/>
          <w:szCs w:val="24"/>
          <w:lang w:val="es-ES"/>
        </w:rPr>
        <w:t>COLUSIÓN</w:t>
      </w:r>
    </w:p>
    <w:p w14:paraId="6C6B8DC4" w14:textId="77777777" w:rsidR="004A4B8E" w:rsidRPr="004A4B8E" w:rsidRDefault="004A4B8E" w:rsidP="004A4B8E">
      <w:pPr>
        <w:rPr>
          <w:lang w:val="es-ES"/>
        </w:rPr>
      </w:pPr>
    </w:p>
    <w:p w14:paraId="21FEA26A" w14:textId="355E32D7" w:rsidR="001B496D" w:rsidRPr="002762DF" w:rsidRDefault="002762DF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lang w:val="es-ES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_________________, relativo a ________________________________________, </w:t>
      </w:r>
      <w:r w:rsidR="004A4B8E" w:rsidRPr="002762DF">
        <w:rPr>
          <w:rFonts w:ascii="Book Antiqua" w:hAnsi="Book Antiqua"/>
          <w:b/>
          <w:bCs/>
          <w:lang w:val="es-ES"/>
        </w:rPr>
        <w:t>DECLARA BAJO LA FE DEL JURAMENTO</w:t>
      </w:r>
      <w:r w:rsidR="004A4B8E" w:rsidRPr="002762DF">
        <w:rPr>
          <w:rFonts w:ascii="Book Antiqua" w:hAnsi="Book Antiqua"/>
          <w:lang w:val="es-ES"/>
        </w:rPr>
        <w:t>, y con pleno conocimiento de las responsabilidades civiles, administrativas y penales que conlleva una declaración falsa, lo siguiente:</w:t>
      </w:r>
    </w:p>
    <w:p w14:paraId="1336DF9C" w14:textId="60A55A47" w:rsidR="001B496D" w:rsidRPr="002762DF" w:rsidRDefault="004A4B8E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b/>
          <w:bCs/>
          <w:lang w:val="es-ES"/>
        </w:rPr>
        <w:t>PRIMERO:</w:t>
      </w:r>
      <w:r w:rsidRPr="002762DF">
        <w:rPr>
          <w:rFonts w:ascii="Book Antiqua" w:hAnsi="Book Antiqua"/>
          <w:lang w:val="es-ES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2762DF" w:rsidRDefault="004A4B8E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b/>
          <w:bCs/>
          <w:lang w:val="es-ES"/>
        </w:rPr>
        <w:t>SEGUNDO:</w:t>
      </w:r>
      <w:r w:rsidRPr="002762DF">
        <w:rPr>
          <w:rFonts w:ascii="Book Antiqua" w:hAnsi="Book Antiqua"/>
          <w:lang w:val="es-ES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2762DF" w:rsidRDefault="004A4B8E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b/>
          <w:bCs/>
          <w:lang w:val="es-ES"/>
        </w:rPr>
        <w:t>TERCERO:</w:t>
      </w:r>
      <w:r w:rsidRPr="002762DF">
        <w:rPr>
          <w:rFonts w:ascii="Book Antiqua" w:hAnsi="Book Antiqua"/>
          <w:lang w:val="es-ES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2762DF" w:rsidRDefault="004A4B8E" w:rsidP="002762DF">
      <w:pPr>
        <w:jc w:val="both"/>
        <w:rPr>
          <w:rFonts w:ascii="Book Antiqua" w:hAnsi="Book Antiqua"/>
          <w:lang w:val="es-ES"/>
        </w:rPr>
      </w:pPr>
      <w:r w:rsidRPr="002762DF">
        <w:rPr>
          <w:rFonts w:ascii="Book Antiqua" w:hAnsi="Book Antiqua"/>
          <w:b/>
          <w:bCs/>
          <w:lang w:val="es-ES"/>
        </w:rPr>
        <w:t>CUARTO</w:t>
      </w:r>
      <w:r w:rsidRPr="002762DF">
        <w:rPr>
          <w:rFonts w:ascii="Book Antiqua" w:hAnsi="Book Antiqua"/>
          <w:lang w:val="es-ES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>
        <w:rPr>
          <w:rFonts w:ascii="Book Antiqua" w:hAnsi="Book Antiqua"/>
          <w:lang w:val="es-ES"/>
        </w:rPr>
        <w:t xml:space="preserve"> </w:t>
      </w:r>
    </w:p>
    <w:p w14:paraId="634639A8" w14:textId="62EB853C" w:rsidR="004A4B8E" w:rsidRDefault="004A4B8E" w:rsidP="004A4B8E">
      <w:pPr>
        <w:jc w:val="both"/>
        <w:rPr>
          <w:rFonts w:ascii="Book Antiqua" w:hAnsi="Book Antiqua"/>
          <w:lang w:val="es-ES"/>
        </w:rPr>
      </w:pPr>
      <w:r w:rsidRPr="004A4B8E">
        <w:rPr>
          <w:rFonts w:ascii="Book Antiqua" w:hAnsi="Book Antiqua"/>
          <w:lang w:val="es-ES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4A4B8E" w:rsidRDefault="004A4B8E" w:rsidP="004A4B8E">
      <w:pPr>
        <w:jc w:val="both"/>
        <w:rPr>
          <w:rFonts w:ascii="Book Antiqua" w:hAnsi="Book Antiqua"/>
          <w:lang w:val="es-ES"/>
        </w:rPr>
      </w:pPr>
    </w:p>
    <w:p w14:paraId="181EBB46" w14:textId="77777777" w:rsidR="004A4B8E" w:rsidRPr="004A4B8E" w:rsidRDefault="004A4B8E" w:rsidP="004A4B8E">
      <w:pPr>
        <w:spacing w:after="0" w:line="240" w:lineRule="auto"/>
        <w:jc w:val="center"/>
        <w:rPr>
          <w:rFonts w:ascii="Book Antiqua" w:hAnsi="Book Antiqua"/>
          <w:lang w:val="es-ES"/>
        </w:rPr>
      </w:pPr>
      <w:r w:rsidRPr="004A4B8E">
        <w:rPr>
          <w:rFonts w:ascii="Book Antiqua" w:hAnsi="Book Antiqua"/>
          <w:lang w:val="es-ES"/>
        </w:rPr>
        <w:t>_________________________________</w:t>
      </w:r>
    </w:p>
    <w:p w14:paraId="18081F7A" w14:textId="6E032CB7" w:rsidR="001B496D" w:rsidRPr="002762DF" w:rsidRDefault="004A4B8E" w:rsidP="004A4B8E">
      <w:pPr>
        <w:spacing w:after="0" w:line="240" w:lineRule="auto"/>
        <w:jc w:val="center"/>
        <w:rPr>
          <w:rFonts w:ascii="Book Antiqua" w:hAnsi="Book Antiqua"/>
          <w:lang w:val="es-ES"/>
        </w:rPr>
      </w:pPr>
      <w:r w:rsidRPr="004A4B8E">
        <w:rPr>
          <w:rFonts w:ascii="Book Antiqua" w:hAnsi="Book Antiqua"/>
          <w:lang w:val="es-ES"/>
        </w:rPr>
        <w:t>Declarante</w:t>
      </w:r>
    </w:p>
    <w:p w14:paraId="508D40AF" w14:textId="4DFD029D" w:rsidR="001B496D" w:rsidRDefault="001B496D"/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2902E" w14:textId="77777777" w:rsidR="00EE155B" w:rsidRDefault="00EE155B" w:rsidP="002762DF">
      <w:pPr>
        <w:spacing w:after="0" w:line="240" w:lineRule="auto"/>
      </w:pPr>
      <w:r>
        <w:separator/>
      </w:r>
    </w:p>
  </w:endnote>
  <w:endnote w:type="continuationSeparator" w:id="0">
    <w:p w14:paraId="6BDB38C9" w14:textId="77777777" w:rsidR="00EE155B" w:rsidRDefault="00EE155B" w:rsidP="00276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DAC4C" w14:textId="77777777" w:rsidR="00EE155B" w:rsidRDefault="00EE155B" w:rsidP="002762DF">
      <w:pPr>
        <w:spacing w:after="0" w:line="240" w:lineRule="auto"/>
      </w:pPr>
      <w:r>
        <w:separator/>
      </w:r>
    </w:p>
  </w:footnote>
  <w:footnote w:type="continuationSeparator" w:id="0">
    <w:p w14:paraId="3A28B8CF" w14:textId="77777777" w:rsidR="00EE155B" w:rsidRDefault="00EE155B" w:rsidP="00276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C8D4F" w14:textId="31969583" w:rsidR="002762DF" w:rsidRDefault="00367BA2" w:rsidP="002762DF">
    <w:pPr>
      <w:pStyle w:val="Header"/>
      <w:jc w:val="center"/>
      <w:rPr>
        <w:rFonts w:ascii="Calibri" w:eastAsia="Calibri" w:hAnsi="Calibri" w:cs="Calibri"/>
        <w:noProof/>
        <w:color w:val="00000A"/>
      </w:rPr>
    </w:pPr>
    <w:r w:rsidRPr="00367BA2">
      <w:rPr>
        <w:rFonts w:ascii="Avenir Next LT Pro" w:eastAsia="Times New Roman" w:hAnsi="Avenir Next LT Pro" w:cs="Times New Roman"/>
        <w:noProof/>
        <w:sz w:val="20"/>
        <w:szCs w:val="20"/>
        <w:lang w:val="es-DO" w:eastAsia="es-ES"/>
      </w:rPr>
      <w:drawing>
        <wp:anchor distT="0" distB="0" distL="114300" distR="114300" simplePos="0" relativeHeight="251659264" behindDoc="1" locked="0" layoutInCell="1" allowOverlap="1" wp14:anchorId="26A20319" wp14:editId="23766AE3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676400" cy="1017270"/>
          <wp:effectExtent l="0" t="0" r="0" b="0"/>
          <wp:wrapTight wrapText="bothSides">
            <wp:wrapPolygon edited="0">
              <wp:start x="0" y="0"/>
              <wp:lineTo x="0" y="21034"/>
              <wp:lineTo x="21355" y="21034"/>
              <wp:lineTo x="21355" y="0"/>
              <wp:lineTo x="0" y="0"/>
            </wp:wrapPolygon>
          </wp:wrapTight>
          <wp:docPr id="1411132705" name="Imagen 1411132705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488667" name="Imagen 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contrast="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78" t="18013" r="7101" b="27669"/>
                  <a:stretch/>
                </pic:blipFill>
                <pic:spPr bwMode="auto">
                  <a:xfrm>
                    <a:off x="0" y="0"/>
                    <a:ext cx="1676400" cy="10172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E9E972E" w14:textId="77777777" w:rsidR="00367BA2" w:rsidRDefault="00367BA2" w:rsidP="002762DF">
    <w:pPr>
      <w:pStyle w:val="Header"/>
      <w:jc w:val="center"/>
      <w:rPr>
        <w:rFonts w:ascii="Calibri" w:eastAsia="Calibri" w:hAnsi="Calibri" w:cs="Calibri"/>
        <w:noProof/>
        <w:color w:val="00000A"/>
      </w:rPr>
    </w:pPr>
  </w:p>
  <w:p w14:paraId="247ED645" w14:textId="77777777" w:rsidR="00367BA2" w:rsidRDefault="00367BA2" w:rsidP="002762DF">
    <w:pPr>
      <w:pStyle w:val="Header"/>
      <w:jc w:val="center"/>
      <w:rPr>
        <w:rFonts w:ascii="Calibri" w:eastAsia="Calibri" w:hAnsi="Calibri" w:cs="Calibri"/>
        <w:noProof/>
        <w:color w:val="00000A"/>
      </w:rPr>
    </w:pPr>
  </w:p>
  <w:p w14:paraId="53B2CC9D" w14:textId="77777777" w:rsidR="00367BA2" w:rsidRDefault="00367BA2" w:rsidP="002762DF">
    <w:pPr>
      <w:pStyle w:val="Header"/>
      <w:jc w:val="center"/>
      <w:rPr>
        <w:rFonts w:ascii="Calibri" w:eastAsia="Calibri" w:hAnsi="Calibri" w:cs="Calibri"/>
        <w:noProof/>
        <w:color w:val="00000A"/>
      </w:rPr>
    </w:pPr>
  </w:p>
  <w:p w14:paraId="4DA880BF" w14:textId="77777777" w:rsidR="00367BA2" w:rsidRDefault="00367BA2" w:rsidP="002762DF">
    <w:pPr>
      <w:pStyle w:val="Header"/>
      <w:jc w:val="center"/>
      <w:rPr>
        <w:rFonts w:ascii="Calibri" w:eastAsia="Calibri" w:hAnsi="Calibri" w:cs="Calibri"/>
        <w:noProof/>
        <w:color w:val="00000A"/>
      </w:rPr>
    </w:pPr>
  </w:p>
  <w:p w14:paraId="03F6D492" w14:textId="77777777" w:rsidR="00367BA2" w:rsidRDefault="00367BA2" w:rsidP="002762D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7BA2"/>
    <w:rsid w:val="004A4B8E"/>
    <w:rsid w:val="008547F1"/>
    <w:rsid w:val="00AA1D8D"/>
    <w:rsid w:val="00B47730"/>
    <w:rsid w:val="00B6716C"/>
    <w:rsid w:val="00CB0664"/>
    <w:rsid w:val="00CB0D0E"/>
    <w:rsid w:val="00D9259F"/>
    <w:rsid w:val="00EE155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0" ma:contentTypeDescription="Crear nuevo documento." ma:contentTypeScope="" ma:versionID="afade9c88b2509677a1fddabc267de19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cb9a5cb62f9a17ea962c76ce8d4fa3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6F9300-C530-488D-A0EE-021E31BFF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Skarlet Fernandez Paula</cp:lastModifiedBy>
  <cp:revision>6</cp:revision>
  <cp:lastPrinted>2026-02-11T16:38:00Z</cp:lastPrinted>
  <dcterms:created xsi:type="dcterms:W3CDTF">2026-02-11T16:47:00Z</dcterms:created>
  <dcterms:modified xsi:type="dcterms:W3CDTF">2026-04-29T14:12:00Z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