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DE234E" w14:textId="7E7A7993" w:rsidR="002762DF" w:rsidRPr="00362124" w:rsidRDefault="004A4B8E" w:rsidP="004A4B8E">
      <w:pPr>
        <w:pStyle w:val="Ttulo1"/>
        <w:jc w:val="center"/>
        <w:rPr>
          <w:rFonts w:ascii="Book Antiqua" w:hAnsi="Book Antiqua"/>
          <w:color w:val="000000" w:themeColor="text1"/>
          <w:sz w:val="24"/>
          <w:szCs w:val="24"/>
        </w:rPr>
      </w:pPr>
      <w:bookmarkStart w:id="0" w:name="_GoBack"/>
      <w:bookmarkEnd w:id="0"/>
      <w:r w:rsidRPr="00362124">
        <w:rPr>
          <w:rFonts w:ascii="Book Antiqua" w:hAnsi="Book Antiqua"/>
          <w:color w:val="000000" w:themeColor="text1"/>
          <w:sz w:val="24"/>
          <w:szCs w:val="24"/>
        </w:rPr>
        <w:t>DECLARACIÓN JURADA DE</w:t>
      </w:r>
      <w:r w:rsidR="00D9259F" w:rsidRPr="00362124">
        <w:rPr>
          <w:rFonts w:ascii="Book Antiqua" w:hAnsi="Book Antiqua"/>
          <w:color w:val="000000" w:themeColor="text1"/>
          <w:sz w:val="24"/>
          <w:szCs w:val="24"/>
        </w:rPr>
        <w:t xml:space="preserve"> OFERTA LIBRE DE </w:t>
      </w:r>
      <w:r w:rsidRPr="00362124">
        <w:rPr>
          <w:rFonts w:ascii="Book Antiqua" w:hAnsi="Book Antiqua"/>
          <w:color w:val="000000" w:themeColor="text1"/>
          <w:sz w:val="24"/>
          <w:szCs w:val="24"/>
        </w:rPr>
        <w:t>COLUSIÓN</w:t>
      </w:r>
    </w:p>
    <w:p w14:paraId="6C6B8DC4" w14:textId="77777777" w:rsidR="004A4B8E" w:rsidRPr="00362124" w:rsidRDefault="004A4B8E" w:rsidP="004A4B8E"/>
    <w:p w14:paraId="21FEA26A" w14:textId="25908C31" w:rsidR="001B496D" w:rsidRPr="00362124" w:rsidRDefault="002762DF" w:rsidP="330FAD8B">
      <w:pPr>
        <w:jc w:val="both"/>
        <w:rPr>
          <w:rFonts w:ascii="Book Antiqua" w:hAnsi="Book Antiqua"/>
        </w:rPr>
      </w:pPr>
      <w:r w:rsidRPr="67602C54">
        <w:rPr>
          <w:rFonts w:ascii="Book Antiqua" w:hAnsi="Book Antiqua"/>
        </w:rPr>
        <w:t xml:space="preserve"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</w:t>
      </w:r>
      <w:proofErr w:type="gramStart"/>
      <w:r w:rsidRPr="67602C54">
        <w:rPr>
          <w:rFonts w:ascii="Book Antiqua" w:hAnsi="Book Antiqua"/>
        </w:rPr>
        <w:t>y</w:t>
      </w:r>
      <w:proofErr w:type="gramEnd"/>
      <w:r w:rsidRPr="67602C54">
        <w:rPr>
          <w:rFonts w:ascii="Book Antiqua" w:hAnsi="Book Antiqua"/>
        </w:rPr>
        <w:t xml:space="preserve"> del Registro de Proveedores del Estado (RPE) núm. ____________________, que participa en el procedimiento de contratación pública núm. </w:t>
      </w:r>
      <w:r w:rsidR="00FB35DF" w:rsidRPr="00986D2F">
        <w:rPr>
          <w:rFonts w:ascii="Book Antiqua" w:hAnsi="Book Antiqua"/>
          <w:b/>
          <w:bCs/>
        </w:rPr>
        <w:t>CONTRALORIA</w:t>
      </w:r>
      <w:r w:rsidR="00362124" w:rsidRPr="00986D2F">
        <w:rPr>
          <w:rFonts w:ascii="Book Antiqua" w:hAnsi="Book Antiqua"/>
          <w:b/>
          <w:bCs/>
        </w:rPr>
        <w:t>-DAF-CM-2026-00</w:t>
      </w:r>
      <w:r w:rsidR="00FB35DF" w:rsidRPr="00986D2F">
        <w:rPr>
          <w:rFonts w:ascii="Book Antiqua" w:hAnsi="Book Antiqua"/>
          <w:b/>
          <w:bCs/>
        </w:rPr>
        <w:t>XX</w:t>
      </w:r>
      <w:r w:rsidRPr="67602C54">
        <w:rPr>
          <w:rFonts w:ascii="Book Antiqua" w:hAnsi="Book Antiqua"/>
        </w:rPr>
        <w:t>, relativo a</w:t>
      </w:r>
      <w:r w:rsidR="00FB35DF">
        <w:rPr>
          <w:b/>
          <w:bCs/>
          <w:lang w:val="es-ES"/>
        </w:rPr>
        <w:t xml:space="preserve"> </w:t>
      </w:r>
      <w:r w:rsidR="00FB35DF" w:rsidRPr="00986D2F">
        <w:rPr>
          <w:rFonts w:ascii="Book Antiqua" w:hAnsi="Book Antiqua"/>
          <w:b/>
          <w:bCs/>
        </w:rPr>
        <w:t>COLOCAR DESCRIPCIÓN</w:t>
      </w:r>
      <w:r w:rsidR="00FB35DF">
        <w:rPr>
          <w:b/>
          <w:bCs/>
          <w:lang w:val="es-ES"/>
        </w:rPr>
        <w:t xml:space="preserve"> </w:t>
      </w:r>
      <w:r w:rsidR="00FB35DF" w:rsidRPr="00986D2F">
        <w:rPr>
          <w:rFonts w:ascii="Book Antiqua" w:hAnsi="Book Antiqua"/>
          <w:b/>
          <w:bCs/>
        </w:rPr>
        <w:t>DEL PROCESO</w:t>
      </w:r>
      <w:r w:rsidRPr="67602C54">
        <w:rPr>
          <w:rFonts w:ascii="Book Antiqua" w:hAnsi="Book Antiqua"/>
        </w:rPr>
        <w:t xml:space="preserve">, </w:t>
      </w:r>
      <w:r w:rsidR="004A4B8E" w:rsidRPr="67602C54">
        <w:rPr>
          <w:rFonts w:ascii="Book Antiqua" w:hAnsi="Book Antiqua"/>
          <w:b/>
          <w:bCs/>
        </w:rPr>
        <w:t>DECLARA BAJO LA FE DEL JURAMENTO</w:t>
      </w:r>
      <w:r w:rsidR="004A4B8E" w:rsidRPr="67602C54">
        <w:rPr>
          <w:rFonts w:ascii="Book Antiqua" w:hAnsi="Book Antiqua"/>
        </w:rPr>
        <w:t>, y con pleno conocimiento de las responsabilidades civiles, administrativas y penales que conlleva una declaración falsa, lo siguiente:</w:t>
      </w:r>
    </w:p>
    <w:p w14:paraId="1336DF9C" w14:textId="60A55A47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PRIMERO:</w:t>
      </w:r>
      <w:r w:rsidRPr="00362124">
        <w:rPr>
          <w:rFonts w:ascii="Book Antiqua" w:hAnsi="Book Antiqua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14:paraId="7029A8EB" w14:textId="0F6C32E2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SEGUNDO:</w:t>
      </w:r>
      <w:r w:rsidRPr="00362124">
        <w:rPr>
          <w:rFonts w:ascii="Book Antiqua" w:hAnsi="Book Antiqua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14:paraId="1CDD5A60" w14:textId="4207234F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TERCERO:</w:t>
      </w:r>
      <w:r w:rsidRPr="00362124">
        <w:rPr>
          <w:rFonts w:ascii="Book Antiqua" w:hAnsi="Book Antiqua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14:paraId="4A070304" w14:textId="6DC0CDA8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CUARTO</w:t>
      </w:r>
      <w:r w:rsidRPr="00362124">
        <w:rPr>
          <w:rFonts w:ascii="Book Antiqua" w:hAnsi="Book Antiqua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  <w:r w:rsidR="00D9259F" w:rsidRPr="00362124">
        <w:rPr>
          <w:rFonts w:ascii="Book Antiqua" w:hAnsi="Book Antiqua"/>
        </w:rPr>
        <w:t xml:space="preserve"> </w:t>
      </w:r>
    </w:p>
    <w:p w14:paraId="4A050A69" w14:textId="7FD0CBF3" w:rsidR="00FB35DF" w:rsidRPr="00362124" w:rsidRDefault="004A4B8E" w:rsidP="004A4B8E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</w:rPr>
        <w:t>La presente declaración ha sido realizada en la ciudad ________________________, provincia ________________________, a los ________________________ (________) de ________________________ del año ____________________</w:t>
      </w:r>
      <w:r w:rsidR="00FB35DF">
        <w:rPr>
          <w:rFonts w:ascii="Book Antiqua" w:hAnsi="Book Antiqua"/>
        </w:rPr>
        <w:t>__________________ (__________)</w:t>
      </w:r>
    </w:p>
    <w:p w14:paraId="181EBB46" w14:textId="77777777" w:rsidR="004A4B8E" w:rsidRPr="00362124" w:rsidRDefault="004A4B8E" w:rsidP="004A4B8E">
      <w:pPr>
        <w:spacing w:after="0" w:line="240" w:lineRule="auto"/>
        <w:jc w:val="center"/>
        <w:rPr>
          <w:rFonts w:ascii="Book Antiqua" w:hAnsi="Book Antiqua"/>
        </w:rPr>
      </w:pPr>
      <w:r w:rsidRPr="00362124">
        <w:rPr>
          <w:rFonts w:ascii="Book Antiqua" w:hAnsi="Book Antiqua"/>
        </w:rPr>
        <w:t>_________________________________</w:t>
      </w:r>
    </w:p>
    <w:p w14:paraId="508D40AF" w14:textId="014E1331" w:rsidR="001B496D" w:rsidRDefault="004A4B8E" w:rsidP="10683C66">
      <w:pPr>
        <w:spacing w:after="0" w:line="240" w:lineRule="auto"/>
        <w:jc w:val="center"/>
        <w:rPr>
          <w:rFonts w:ascii="Book Antiqua" w:hAnsi="Book Antiqua"/>
        </w:rPr>
      </w:pPr>
      <w:r w:rsidRPr="10683C66">
        <w:rPr>
          <w:rFonts w:ascii="Book Antiqua" w:hAnsi="Book Antiqua"/>
        </w:rPr>
        <w:t>Declarante</w:t>
      </w:r>
    </w:p>
    <w:sectPr w:rsidR="001B496D" w:rsidSect="004A4B8E">
      <w:headerReference w:type="default" r:id="rId11"/>
      <w:pgSz w:w="12240" w:h="15840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7497F2" w14:textId="77777777" w:rsidR="00DB4552" w:rsidRPr="00362124" w:rsidRDefault="00DB4552" w:rsidP="002762DF">
      <w:pPr>
        <w:spacing w:after="0" w:line="240" w:lineRule="auto"/>
      </w:pPr>
      <w:r w:rsidRPr="00362124">
        <w:separator/>
      </w:r>
    </w:p>
  </w:endnote>
  <w:endnote w:type="continuationSeparator" w:id="0">
    <w:p w14:paraId="7754D5C8" w14:textId="77777777" w:rsidR="00DB4552" w:rsidRPr="00362124" w:rsidRDefault="00DB4552" w:rsidP="002762DF">
      <w:pPr>
        <w:spacing w:after="0" w:line="240" w:lineRule="auto"/>
      </w:pPr>
      <w:r w:rsidRPr="003621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erif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F5A6E6" w14:textId="77777777" w:rsidR="00DB4552" w:rsidRPr="00362124" w:rsidRDefault="00DB4552" w:rsidP="002762DF">
      <w:pPr>
        <w:spacing w:after="0" w:line="240" w:lineRule="auto"/>
      </w:pPr>
      <w:r w:rsidRPr="00362124">
        <w:separator/>
      </w:r>
    </w:p>
  </w:footnote>
  <w:footnote w:type="continuationSeparator" w:id="0">
    <w:p w14:paraId="5AF47A18" w14:textId="77777777" w:rsidR="00DB4552" w:rsidRPr="00362124" w:rsidRDefault="00DB4552" w:rsidP="002762DF">
      <w:pPr>
        <w:spacing w:after="0" w:line="240" w:lineRule="auto"/>
      </w:pPr>
      <w:r w:rsidRPr="00362124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0C8D4F" w14:textId="4A20C68D" w:rsidR="002762DF" w:rsidRPr="00362124" w:rsidRDefault="00FB35DF" w:rsidP="002762DF">
    <w:pPr>
      <w:pStyle w:val="Encabezado"/>
      <w:jc w:val="center"/>
    </w:pPr>
    <w:r>
      <w:rPr>
        <w:rFonts w:ascii="Arial Narrow" w:hAnsi="Arial Narrow" w:cs="Arial"/>
        <w:noProof/>
        <w:color w:val="800000"/>
        <w:lang w:eastAsia="es-DO"/>
      </w:rPr>
      <w:drawing>
        <wp:inline distT="0" distB="0" distL="0" distR="0" wp14:anchorId="666DFCEA" wp14:editId="73390881">
          <wp:extent cx="1790700" cy="1378817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6868" cy="13912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1B496D"/>
    <w:rsid w:val="001B63F6"/>
    <w:rsid w:val="002762DF"/>
    <w:rsid w:val="0029639D"/>
    <w:rsid w:val="00326F90"/>
    <w:rsid w:val="00362124"/>
    <w:rsid w:val="004A4B8E"/>
    <w:rsid w:val="004B4F77"/>
    <w:rsid w:val="005E0340"/>
    <w:rsid w:val="005F22A2"/>
    <w:rsid w:val="0061575E"/>
    <w:rsid w:val="006956F6"/>
    <w:rsid w:val="0079250A"/>
    <w:rsid w:val="008547F1"/>
    <w:rsid w:val="00986D2F"/>
    <w:rsid w:val="009A695D"/>
    <w:rsid w:val="00AA1D8D"/>
    <w:rsid w:val="00AC264D"/>
    <w:rsid w:val="00B47730"/>
    <w:rsid w:val="00BC4218"/>
    <w:rsid w:val="00CB0664"/>
    <w:rsid w:val="00CB0D0E"/>
    <w:rsid w:val="00D5175A"/>
    <w:rsid w:val="00D9259F"/>
    <w:rsid w:val="00DB4552"/>
    <w:rsid w:val="00FB35DF"/>
    <w:rsid w:val="00FC63AD"/>
    <w:rsid w:val="00FC693F"/>
    <w:rsid w:val="10683C66"/>
    <w:rsid w:val="259BB214"/>
    <w:rsid w:val="29ADA6F1"/>
    <w:rsid w:val="330FAD8B"/>
    <w:rsid w:val="33FA8435"/>
    <w:rsid w:val="3F08F877"/>
    <w:rsid w:val="421934F9"/>
    <w:rsid w:val="447B3316"/>
    <w:rsid w:val="5B45C19B"/>
    <w:rsid w:val="5B91DB79"/>
    <w:rsid w:val="6055FB1C"/>
    <w:rsid w:val="6760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uesto">
    <w:name w:val="Title"/>
    <w:basedOn w:val="Normal"/>
    <w:next w:val="Normal"/>
    <w:link w:val="Puest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uestoCar">
    <w:name w:val="Puesto Car"/>
    <w:basedOn w:val="Fuentedeprrafopredeter"/>
    <w:link w:val="Puest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extbodyuser">
    <w:name w:val="Text body (user)"/>
    <w:basedOn w:val="Normal"/>
    <w:uiPriority w:val="1"/>
    <w:rsid w:val="33FA8435"/>
    <w:pPr>
      <w:spacing w:after="140" w:line="288" w:lineRule="auto"/>
    </w:pPr>
    <w:rPr>
      <w:rFonts w:ascii="Liberation Serif" w:eastAsia="Arial Unicode MS" w:hAnsi="Liberation Serif" w:cs="Mangal"/>
      <w:color w:val="00000A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1f773-6855-442a-9d8f-d7d2a06753d3">
      <Terms xmlns="http://schemas.microsoft.com/office/infopath/2007/PartnerControls"/>
    </lcf76f155ced4ddcb4097134ff3c332f>
    <TaxCatchAll xmlns="623c0869-6168-490b-aa3f-ba68fcfdf1c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92ADBB2-4F49-4DD5-923F-2A4759BB3D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D20D93-CED0-4D92-8E49-355BC0DD00EC}">
  <ds:schemaRefs>
    <ds:schemaRef ds:uri="http://schemas.microsoft.com/office/2006/documentManagement/types"/>
    <ds:schemaRef ds:uri="2c51f773-6855-442a-9d8f-d7d2a06753d3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terms/"/>
    <ds:schemaRef ds:uri="623c0869-6168-490b-aa3f-ba68fcfdf1cd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4553BED-4EFE-4380-8ABB-D91262723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2316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Yudelka Rivas Villafaña</cp:lastModifiedBy>
  <cp:revision>2</cp:revision>
  <cp:lastPrinted>2026-02-11T16:38:00Z</cp:lastPrinted>
  <dcterms:created xsi:type="dcterms:W3CDTF">2026-09-02T13:49:00Z</dcterms:created>
  <dcterms:modified xsi:type="dcterms:W3CDTF">2026-09-02T13:49:00Z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