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68542788" w:rsidRDefault="002762DF" w14:paraId="21FEA26A" w14:textId="00E1C8D6">
      <w:pPr>
        <w:pStyle w:val="Normal"/>
        <w:jc w:val="both"/>
        <w:rPr>
          <w:rFonts w:ascii="Book Antiqua" w:hAnsi="Book Antiqua"/>
        </w:rPr>
      </w:pPr>
      <w:r w:rsidRPr="68542788" w:rsidR="0C27096F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68542788" w:rsidR="670BBD4E">
        <w:rPr>
          <w:rFonts w:ascii="Trebuchet MS" w:hAnsi="Trebuchet MS" w:eastAsia="Trebuchet MS" w:cs="Trebuchet MS"/>
          <w:b w:val="1"/>
          <w:bCs w:val="1"/>
        </w:rPr>
        <w:t>ITLA-</w:t>
      </w:r>
      <w:r w:rsidRPr="68542788" w:rsidR="30A7C4C8">
        <w:rPr>
          <w:rFonts w:ascii="Trebuchet MS" w:hAnsi="Trebuchet MS" w:eastAsia="Trebuchet MS" w:cs="Trebuchet MS"/>
          <w:b w:val="1"/>
          <w:bCs w:val="1"/>
        </w:rPr>
        <w:t>CCC</w:t>
      </w:r>
      <w:r w:rsidRPr="68542788" w:rsidR="670BBD4E">
        <w:rPr>
          <w:rFonts w:ascii="Trebuchet MS" w:hAnsi="Trebuchet MS" w:eastAsia="Trebuchet MS" w:cs="Trebuchet MS"/>
          <w:b w:val="1"/>
          <w:bCs w:val="1"/>
        </w:rPr>
        <w:t>-C</w:t>
      </w:r>
      <w:r w:rsidRPr="68542788" w:rsidR="24236D43">
        <w:rPr>
          <w:rFonts w:ascii="Trebuchet MS" w:hAnsi="Trebuchet MS" w:eastAsia="Trebuchet MS" w:cs="Trebuchet MS"/>
          <w:b w:val="1"/>
          <w:bCs w:val="1"/>
        </w:rPr>
        <w:t>P</w:t>
      </w:r>
      <w:r w:rsidRPr="68542788" w:rsidR="670BBD4E">
        <w:rPr>
          <w:rFonts w:ascii="Trebuchet MS" w:hAnsi="Trebuchet MS" w:eastAsia="Trebuchet MS" w:cs="Trebuchet MS"/>
          <w:b w:val="1"/>
          <w:bCs w:val="1"/>
        </w:rPr>
        <w:t>-2026-00</w:t>
      </w:r>
      <w:r w:rsidRPr="68542788" w:rsidR="0AAF813C">
        <w:rPr>
          <w:rFonts w:ascii="Trebuchet MS" w:hAnsi="Trebuchet MS" w:eastAsia="Trebuchet MS" w:cs="Trebuchet MS"/>
          <w:b w:val="1"/>
          <w:bCs w:val="1"/>
        </w:rPr>
        <w:t>0</w:t>
      </w:r>
      <w:r w:rsidRPr="68542788" w:rsidR="138C659D">
        <w:rPr>
          <w:rFonts w:ascii="Trebuchet MS" w:hAnsi="Trebuchet MS" w:eastAsia="Trebuchet MS" w:cs="Trebuchet MS"/>
          <w:b w:val="1"/>
          <w:bCs w:val="1"/>
        </w:rPr>
        <w:t>9</w:t>
      </w:r>
      <w:r w:rsidRPr="68542788" w:rsidR="0C27096F">
        <w:rPr>
          <w:rFonts w:ascii="Book Antiqua" w:hAnsi="Book Antiqua"/>
        </w:rPr>
        <w:t>, relativo a</w:t>
      </w:r>
      <w:r w:rsidRPr="68542788" w:rsidR="3645B2AB">
        <w:rPr>
          <w:rFonts w:ascii="Book Antiqua" w:hAnsi="Book Antiqua"/>
        </w:rPr>
        <w:t xml:space="preserve"> </w:t>
      </w:r>
      <w:r w:rsidRPr="68542788" w:rsidR="7C9A0266">
        <w:rPr>
          <w:rFonts w:ascii="Book Antiqua" w:hAnsi="Book Antiqua"/>
        </w:rPr>
        <w:t>la</w:t>
      </w:r>
      <w:r w:rsidRPr="68542788" w:rsidR="7C9A0266">
        <w:rPr>
          <w:rFonts w:ascii="Book Antiqua" w:hAnsi="Book Antiqua"/>
          <w:b w:val="0"/>
          <w:bCs w:val="0"/>
          <w:i w:val="0"/>
          <w:iCs w:val="0"/>
          <w:color w:val="auto"/>
        </w:rPr>
        <w:t xml:space="preserve"> </w:t>
      </w:r>
      <w:r w:rsidRPr="68542788" w:rsidR="0E9D8889">
        <w:rPr>
          <w:rFonts w:ascii="Book Antiqua" w:hAnsi="Book Antiqu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>Contratación del Servicios de Audiovisuales para la 21ª Graduación ITLA 2026</w:t>
      </w:r>
      <w:r w:rsidRPr="68542788" w:rsidR="0C27096F">
        <w:rPr>
          <w:rFonts w:ascii="Book Antiqua" w:hAnsi="Book Antiqu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,</w:t>
      </w:r>
      <w:r w:rsidRPr="68542788" w:rsidR="0C27096F">
        <w:rPr>
          <w:rFonts w:ascii="Book Antiqua" w:hAnsi="Book Antiqua"/>
        </w:rPr>
        <w:t xml:space="preserve"> </w:t>
      </w:r>
      <w:r w:rsidRPr="68542788" w:rsidR="60A7EC26">
        <w:rPr>
          <w:rFonts w:ascii="Book Antiqua" w:hAnsi="Book Antiqua"/>
          <w:b w:val="1"/>
          <w:bCs w:val="1"/>
        </w:rPr>
        <w:t>DECLARA BAJO LA FE DEL JURAMENTO</w:t>
      </w:r>
      <w:r w:rsidRPr="68542788" w:rsidR="60A7EC26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D5175A"/>
    <w:rsid w:val="00D9259F"/>
    <w:rsid w:val="00FC63AD"/>
    <w:rsid w:val="00FC693F"/>
    <w:rsid w:val="06F7E93E"/>
    <w:rsid w:val="0AAF813C"/>
    <w:rsid w:val="0C27096F"/>
    <w:rsid w:val="0D1054C1"/>
    <w:rsid w:val="0DC12BCE"/>
    <w:rsid w:val="0E9D8889"/>
    <w:rsid w:val="10683C66"/>
    <w:rsid w:val="1317A575"/>
    <w:rsid w:val="138C659D"/>
    <w:rsid w:val="24025A86"/>
    <w:rsid w:val="24236D43"/>
    <w:rsid w:val="259BB214"/>
    <w:rsid w:val="27819B37"/>
    <w:rsid w:val="30A7C4C8"/>
    <w:rsid w:val="330FAD8B"/>
    <w:rsid w:val="3645B2AB"/>
    <w:rsid w:val="3F08F877"/>
    <w:rsid w:val="421934F9"/>
    <w:rsid w:val="447B3316"/>
    <w:rsid w:val="5631BB3A"/>
    <w:rsid w:val="5B45C19B"/>
    <w:rsid w:val="5B91DB79"/>
    <w:rsid w:val="5BF98337"/>
    <w:rsid w:val="60A7EC26"/>
    <w:rsid w:val="670BBD4E"/>
    <w:rsid w:val="68542788"/>
    <w:rsid w:val="72FF65C1"/>
    <w:rsid w:val="7C9A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  <w:style w:type="paragraph" w:styleId="Default" w:customStyle="true">
    <w:uiPriority w:val="1"/>
    <w:name w:val="Default"/>
    <w:basedOn w:val="Normal"/>
    <w:rsid w:val="72FF65C1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10</revision>
  <lastPrinted>2026-02-11T16:38:00.0000000Z</lastPrinted>
  <dcterms:created xsi:type="dcterms:W3CDTF">2026-06-22T19:17:00.0000000Z</dcterms:created>
  <dcterms:modified xsi:type="dcterms:W3CDTF">2026-09-03T17:54:44.9833685Z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